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72FF1" w14:textId="3F730AB0" w:rsidR="00675AA4" w:rsidRPr="00675AA4" w:rsidRDefault="004F1002" w:rsidP="00675AA4">
      <w:pPr>
        <w:spacing w:after="160"/>
        <w:jc w:val="center"/>
        <w:rPr>
          <w:b/>
          <w:color w:val="1D4B77"/>
        </w:rPr>
      </w:pPr>
      <w:r w:rsidRPr="003459CD">
        <w:rPr>
          <w:b/>
          <w:color w:val="1D4B77"/>
          <w:sz w:val="24"/>
        </w:rPr>
        <w:t xml:space="preserve">ALLEGATO </w:t>
      </w:r>
      <w:r w:rsidR="00675AA4">
        <w:rPr>
          <w:b/>
          <w:color w:val="1D4B77"/>
          <w:sz w:val="24"/>
        </w:rPr>
        <w:t>B</w:t>
      </w:r>
      <w:r w:rsidRPr="003459CD">
        <w:rPr>
          <w:b/>
          <w:color w:val="1D4B77"/>
          <w:sz w:val="24"/>
        </w:rPr>
        <w:br/>
      </w:r>
      <w:r w:rsidR="00675AA4">
        <w:rPr>
          <w:b/>
          <w:color w:val="1D4B77"/>
        </w:rPr>
        <w:t xml:space="preserve">Ambito N34 </w:t>
      </w:r>
      <w:r w:rsidRPr="003459CD">
        <w:rPr>
          <w:b/>
          <w:color w:val="1D4B77"/>
          <w:sz w:val="20"/>
        </w:rPr>
        <w:br/>
      </w:r>
      <w:r w:rsidRPr="003459CD">
        <w:rPr>
          <w:b/>
          <w:color w:val="1D4B77"/>
          <w:sz w:val="24"/>
        </w:rPr>
        <w:t xml:space="preserve">AVVISO </w:t>
      </w:r>
      <w:r w:rsidR="00675AA4">
        <w:rPr>
          <w:b/>
          <w:color w:val="1D4B77"/>
          <w:sz w:val="24"/>
        </w:rPr>
        <w:t>MANIFESTAZIONE DI INTERESSE</w:t>
      </w:r>
      <w:r w:rsidRPr="003459CD">
        <w:rPr>
          <w:b/>
          <w:color w:val="1D4B77"/>
          <w:sz w:val="24"/>
        </w:rPr>
        <w:br/>
        <w:t>Formulario di progetto territoriale</w:t>
      </w:r>
      <w:r w:rsidRPr="003459CD">
        <w:rPr>
          <w:b/>
          <w:color w:val="1D4B77"/>
          <w:sz w:val="24"/>
        </w:rPr>
        <w:br/>
      </w:r>
      <w:r w:rsidRPr="003459CD">
        <w:rPr>
          <w:b/>
          <w:color w:val="1D4B77"/>
          <w:sz w:val="20"/>
        </w:rPr>
        <w:t>Percorsi personalizzati di inclusione e autonomia per le persone con disabilità</w:t>
      </w:r>
      <w:r w:rsidRPr="003459CD">
        <w:rPr>
          <w:b/>
          <w:color w:val="1D4B77"/>
          <w:sz w:val="20"/>
        </w:rPr>
        <w:br/>
      </w:r>
      <w:r w:rsidRPr="003459CD">
        <w:rPr>
          <w:i/>
          <w:color w:val="1D4B77"/>
          <w:sz w:val="19"/>
        </w:rPr>
        <w:t>Intervento in attuazione della D.G.R. n. 193 del 20/05/2026</w:t>
      </w:r>
      <w:r w:rsidR="00675AA4" w:rsidRPr="00675AA4">
        <w:rPr>
          <w:i/>
          <w:color w:val="1D4B77"/>
          <w:sz w:val="20"/>
        </w:rPr>
        <w:t xml:space="preserve"> </w:t>
      </w:r>
      <w:r w:rsidR="00675AA4" w:rsidRPr="003459CD">
        <w:rPr>
          <w:i/>
          <w:color w:val="1D4B77"/>
          <w:sz w:val="20"/>
        </w:rPr>
        <w:t xml:space="preserve">Priorità 3 </w:t>
      </w:r>
      <w:r w:rsidR="00675AA4">
        <w:rPr>
          <w:i/>
          <w:color w:val="1D4B77"/>
          <w:sz w:val="20"/>
        </w:rPr>
        <w:t>–</w:t>
      </w:r>
      <w:r w:rsidR="00675AA4" w:rsidRPr="003459CD">
        <w:rPr>
          <w:i/>
          <w:color w:val="1D4B77"/>
          <w:sz w:val="20"/>
        </w:rPr>
        <w:t xml:space="preserve"> </w:t>
      </w:r>
    </w:p>
    <w:p w14:paraId="4457BD98" w14:textId="0DAFD83C" w:rsidR="00293422" w:rsidRPr="003459CD" w:rsidRDefault="00675AA4">
      <w:pPr>
        <w:spacing w:after="160"/>
        <w:jc w:val="center"/>
      </w:pPr>
      <w:r w:rsidRPr="003459CD">
        <w:rPr>
          <w:i/>
          <w:color w:val="1D4B77"/>
          <w:sz w:val="20"/>
        </w:rPr>
        <w:t>Inclusione Sociale</w:t>
      </w:r>
      <w:r w:rsidRPr="003459CD">
        <w:rPr>
          <w:i/>
          <w:color w:val="1D4B77"/>
          <w:sz w:val="20"/>
        </w:rPr>
        <w:br/>
      </w:r>
      <w:r w:rsidRPr="003459CD">
        <w:rPr>
          <w:color w:val="1D4B77"/>
          <w:sz w:val="20"/>
        </w:rPr>
        <w:t>Obiettivo Specifico ESO 4.11 - Azione 3. K.1</w:t>
      </w:r>
      <w:r w:rsidRPr="003459CD">
        <w:rPr>
          <w:color w:val="1D4B77"/>
          <w:sz w:val="20"/>
        </w:rPr>
        <w:br/>
      </w:r>
      <w:r w:rsidR="004F1002" w:rsidRPr="003459CD">
        <w:rPr>
          <w:i/>
          <w:color w:val="1D4B77"/>
          <w:sz w:val="19"/>
        </w:rPr>
        <w:br/>
      </w:r>
    </w:p>
    <w:p w14:paraId="75113C0B" w14:textId="77777777" w:rsidR="00293422" w:rsidRPr="003459CD" w:rsidRDefault="004F1002">
      <w:pPr>
        <w:spacing w:after="80"/>
      </w:pPr>
      <w:r w:rsidRPr="003459CD">
        <w:rPr>
          <w:i/>
          <w:color w:val="505050"/>
          <w:sz w:val="17"/>
        </w:rPr>
        <w:t>Il formulario deve essere compilato in modo sintetico e limitatamente agli elementi necessari alla verifica di ammissibilità e coerenza progettuale: soggetto proponente, fabbisogno, numero dei destinatari, numero dei Progetti di Vita programmati, azioni previste, monitoraggio, cronoprogramma e raccordo con il quadro economico.</w:t>
      </w:r>
    </w:p>
    <w:p w14:paraId="7216C4E5" w14:textId="514C07BF" w:rsidR="00293422" w:rsidRPr="003459CD" w:rsidRDefault="00E111F1">
      <w:pPr>
        <w:pBdr>
          <w:bottom w:val="single" w:sz="6" w:space="1" w:color="8EA9C1"/>
        </w:pBdr>
        <w:spacing w:before="240" w:after="100"/>
        <w:jc w:val="center"/>
      </w:pPr>
      <w:r>
        <w:rPr>
          <w:b/>
          <w:color w:val="1D4B77"/>
          <w:sz w:val="20"/>
        </w:rPr>
        <w:t>1</w:t>
      </w:r>
      <w:r w:rsidR="004F1002" w:rsidRPr="003459CD">
        <w:rPr>
          <w:b/>
          <w:color w:val="1D4B77"/>
          <w:sz w:val="20"/>
        </w:rPr>
        <w:t>. DATI IDENTIFICATIVI DEL LEGALE RAPPRESENTANTE</w:t>
      </w:r>
      <w:r w:rsidR="00352B11">
        <w:rPr>
          <w:b/>
          <w:color w:val="1D4B77"/>
          <w:sz w:val="20"/>
        </w:rPr>
        <w:t xml:space="preserve"> DEL PROPONENTE</w:t>
      </w:r>
    </w:p>
    <w:tbl>
      <w:tblPr>
        <w:tblW w:w="0" w:type="auto"/>
        <w:jc w:val="center"/>
        <w:tblBorders>
          <w:top w:val="single" w:sz="4" w:space="0" w:color="8EA9C1"/>
          <w:left w:val="single" w:sz="4" w:space="0" w:color="8EA9C1"/>
          <w:bottom w:val="single" w:sz="4" w:space="0" w:color="8EA9C1"/>
          <w:right w:val="single" w:sz="4" w:space="0" w:color="8EA9C1"/>
          <w:insideH w:val="single" w:sz="4" w:space="0" w:color="8EA9C1"/>
          <w:insideV w:val="single" w:sz="4" w:space="0" w:color="8EA9C1"/>
        </w:tblBorders>
        <w:tblLook w:val="04A0" w:firstRow="1" w:lastRow="0" w:firstColumn="1" w:lastColumn="0" w:noHBand="0" w:noVBand="1"/>
      </w:tblPr>
      <w:tblGrid>
        <w:gridCol w:w="2549"/>
        <w:gridCol w:w="2547"/>
        <w:gridCol w:w="2547"/>
        <w:gridCol w:w="2547"/>
      </w:tblGrid>
      <w:tr w:rsidR="00293422" w:rsidRPr="003459CD" w14:paraId="4472948E" w14:textId="77777777">
        <w:trPr>
          <w:jc w:val="center"/>
        </w:trPr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C89F6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Nome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959D7A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C71595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Cognome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93BAD0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</w:tr>
      <w:tr w:rsidR="00293422" w:rsidRPr="003459CD" w14:paraId="20BC3ECF" w14:textId="77777777">
        <w:trPr>
          <w:jc w:val="center"/>
        </w:trPr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B9E100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Codice fiscale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F9BFE6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43C0FB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Qualifica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4F42A2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</w:tr>
      <w:tr w:rsidR="00293422" w:rsidRPr="003459CD" w14:paraId="233909D1" w14:textId="77777777">
        <w:trPr>
          <w:jc w:val="center"/>
        </w:trPr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C24BA3" w14:textId="6048CF42" w:rsidR="00293422" w:rsidRPr="003459CD" w:rsidRDefault="00E111F1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E-mail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DC8E25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460ADD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PEC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1BAFEE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</w:tr>
      <w:tr w:rsidR="00293422" w:rsidRPr="003459CD" w14:paraId="61C20821" w14:textId="77777777">
        <w:trPr>
          <w:jc w:val="center"/>
        </w:trPr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3A4DEC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Telefono/Cellulare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CC3D02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4D739C" w14:textId="77777777" w:rsidR="00293422" w:rsidRPr="003459CD" w:rsidRDefault="00293422">
            <w:pPr>
              <w:spacing w:after="0" w:line="252" w:lineRule="auto"/>
            </w:pP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58E124" w14:textId="77777777" w:rsidR="00293422" w:rsidRPr="003459CD" w:rsidRDefault="00293422">
            <w:pPr>
              <w:spacing w:after="0" w:line="252" w:lineRule="auto"/>
            </w:pPr>
          </w:p>
        </w:tc>
      </w:tr>
    </w:tbl>
    <w:p w14:paraId="6BBEC31C" w14:textId="50FBAB1A" w:rsidR="00293422" w:rsidRPr="003459CD" w:rsidRDefault="00E111F1">
      <w:pPr>
        <w:pBdr>
          <w:bottom w:val="single" w:sz="6" w:space="1" w:color="8EA9C1"/>
        </w:pBdr>
        <w:spacing w:before="240" w:after="100"/>
        <w:jc w:val="center"/>
      </w:pPr>
      <w:r>
        <w:rPr>
          <w:b/>
          <w:color w:val="1D4B77"/>
          <w:sz w:val="20"/>
        </w:rPr>
        <w:t>2</w:t>
      </w:r>
      <w:r w:rsidR="004F1002" w:rsidRPr="003459CD">
        <w:rPr>
          <w:b/>
          <w:color w:val="1D4B77"/>
          <w:sz w:val="20"/>
        </w:rPr>
        <w:t>. SOGGETTO PROPONENTE E RIFERIMENTI AMMINISTRATIVI</w:t>
      </w:r>
    </w:p>
    <w:p w14:paraId="1050034F" w14:textId="77777777" w:rsidR="00293422" w:rsidRPr="003459CD" w:rsidRDefault="004F1002">
      <w:pPr>
        <w:spacing w:before="120" w:after="60"/>
      </w:pPr>
      <w:r w:rsidRPr="003459CD">
        <w:rPr>
          <w:b/>
          <w:color w:val="1D4B77"/>
          <w:sz w:val="18"/>
        </w:rPr>
        <w:t>Forma di presentazione</w:t>
      </w:r>
    </w:p>
    <w:tbl>
      <w:tblPr>
        <w:tblW w:w="0" w:type="auto"/>
        <w:tblBorders>
          <w:top w:val="single" w:sz="4" w:space="0" w:color="8EA9C1"/>
          <w:left w:val="single" w:sz="4" w:space="0" w:color="8EA9C1"/>
          <w:bottom w:val="single" w:sz="4" w:space="0" w:color="8EA9C1"/>
          <w:right w:val="single" w:sz="4" w:space="0" w:color="8EA9C1"/>
          <w:insideH w:val="single" w:sz="4" w:space="0" w:color="8EA9C1"/>
          <w:insideV w:val="single" w:sz="4" w:space="0" w:color="8EA9C1"/>
        </w:tblBorders>
        <w:tblLook w:val="04A0" w:firstRow="1" w:lastRow="0" w:firstColumn="1" w:lastColumn="0" w:noHBand="0" w:noVBand="1"/>
      </w:tblPr>
      <w:tblGrid>
        <w:gridCol w:w="5095"/>
        <w:gridCol w:w="5095"/>
      </w:tblGrid>
      <w:tr w:rsidR="00AF2FF5" w:rsidRPr="003459CD" w14:paraId="3A97DDD5" w14:textId="77777777" w:rsidTr="00675AA4">
        <w:trPr>
          <w:trHeight w:val="243"/>
        </w:trPr>
        <w:tc>
          <w:tcPr>
            <w:tcW w:w="10190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9BA42C" w14:textId="77777777" w:rsidR="00AF2FF5" w:rsidRPr="003459CD" w:rsidRDefault="00AF2FF5">
            <w:pPr>
              <w:spacing w:after="0" w:line="252" w:lineRule="auto"/>
            </w:pPr>
            <w:r w:rsidRPr="003459CD">
              <w:rPr>
                <w:sz w:val="17"/>
              </w:rPr>
              <w:t>☐ Ambito Territoriale in forma singola</w:t>
            </w:r>
          </w:p>
        </w:tc>
      </w:tr>
      <w:tr w:rsidR="00AF2FF5" w:rsidRPr="003459CD" w14:paraId="69AAB7E9" w14:textId="77777777" w:rsidTr="00675AA4">
        <w:trPr>
          <w:trHeight w:val="221"/>
        </w:trPr>
        <w:tc>
          <w:tcPr>
            <w:tcW w:w="5095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261196" w14:textId="77777777" w:rsidR="00AF2FF5" w:rsidRPr="003459CD" w:rsidRDefault="00AF2FF5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Ambito Territoriale</w:t>
            </w:r>
          </w:p>
        </w:tc>
        <w:tc>
          <w:tcPr>
            <w:tcW w:w="5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7DA633" w14:textId="77777777" w:rsidR="00AF2FF5" w:rsidRPr="003459CD" w:rsidRDefault="00AF2FF5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</w:tr>
      <w:tr w:rsidR="00AF2FF5" w:rsidRPr="003459CD" w14:paraId="633F2456" w14:textId="77777777" w:rsidTr="00675AA4">
        <w:trPr>
          <w:trHeight w:val="210"/>
        </w:trPr>
        <w:tc>
          <w:tcPr>
            <w:tcW w:w="5095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5E51D7" w14:textId="77777777" w:rsidR="00AF2FF5" w:rsidRPr="003459CD" w:rsidRDefault="00AF2FF5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Codice fiscale</w:t>
            </w:r>
          </w:p>
        </w:tc>
        <w:tc>
          <w:tcPr>
            <w:tcW w:w="5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768A09" w14:textId="77777777" w:rsidR="00AF2FF5" w:rsidRPr="003459CD" w:rsidRDefault="00AF2FF5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</w:tr>
      <w:tr w:rsidR="00AF2FF5" w:rsidRPr="003459CD" w14:paraId="1783A4B3" w14:textId="77777777" w:rsidTr="00675AA4">
        <w:trPr>
          <w:trHeight w:val="221"/>
        </w:trPr>
        <w:tc>
          <w:tcPr>
            <w:tcW w:w="5095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61D2E2" w14:textId="77777777" w:rsidR="00AF2FF5" w:rsidRPr="003459CD" w:rsidRDefault="00AF2FF5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Sede legale</w:t>
            </w:r>
          </w:p>
        </w:tc>
        <w:tc>
          <w:tcPr>
            <w:tcW w:w="5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E3E133" w14:textId="77777777" w:rsidR="00AF2FF5" w:rsidRPr="003459CD" w:rsidRDefault="00AF2FF5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</w:tr>
      <w:tr w:rsidR="00AF2FF5" w:rsidRPr="003459CD" w14:paraId="2F480F57" w14:textId="77777777" w:rsidTr="00675AA4">
        <w:trPr>
          <w:trHeight w:val="210"/>
        </w:trPr>
        <w:tc>
          <w:tcPr>
            <w:tcW w:w="5095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523734" w14:textId="77777777" w:rsidR="00AF2FF5" w:rsidRPr="003459CD" w:rsidRDefault="00AF2FF5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Provincia</w:t>
            </w:r>
          </w:p>
        </w:tc>
        <w:tc>
          <w:tcPr>
            <w:tcW w:w="5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1C8700" w14:textId="77777777" w:rsidR="00AF2FF5" w:rsidRPr="003459CD" w:rsidRDefault="00AF2FF5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</w:tr>
      <w:tr w:rsidR="00AF2FF5" w:rsidRPr="003459CD" w14:paraId="665EE046" w14:textId="77777777" w:rsidTr="00675AA4">
        <w:trPr>
          <w:trHeight w:val="221"/>
        </w:trPr>
        <w:tc>
          <w:tcPr>
            <w:tcW w:w="5095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E2C61A" w14:textId="77777777" w:rsidR="00AF2FF5" w:rsidRPr="003459CD" w:rsidRDefault="00AF2FF5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Referente operativo</w:t>
            </w:r>
          </w:p>
        </w:tc>
        <w:tc>
          <w:tcPr>
            <w:tcW w:w="509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D69383" w14:textId="77777777" w:rsidR="00AF2FF5" w:rsidRPr="003459CD" w:rsidRDefault="00AF2FF5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</w:tr>
    </w:tbl>
    <w:p w14:paraId="5B1DDA36" w14:textId="77777777" w:rsidR="00AF2FF5" w:rsidRDefault="00AF2FF5">
      <w:pPr>
        <w:pBdr>
          <w:bottom w:val="single" w:sz="6" w:space="1" w:color="8EA9C1"/>
        </w:pBdr>
        <w:spacing w:before="240" w:after="100"/>
        <w:jc w:val="center"/>
        <w:rPr>
          <w:b/>
          <w:color w:val="1D4B77"/>
          <w:sz w:val="20"/>
        </w:rPr>
      </w:pPr>
    </w:p>
    <w:p w14:paraId="466F24AC" w14:textId="77777777" w:rsidR="00AF2FF5" w:rsidRDefault="00AF2FF5">
      <w:pPr>
        <w:pBdr>
          <w:bottom w:val="single" w:sz="6" w:space="1" w:color="8EA9C1"/>
        </w:pBdr>
        <w:spacing w:before="240" w:after="100"/>
        <w:jc w:val="center"/>
        <w:rPr>
          <w:b/>
          <w:color w:val="1D4B77"/>
          <w:sz w:val="20"/>
        </w:rPr>
      </w:pPr>
    </w:p>
    <w:p w14:paraId="79CEBB68" w14:textId="77777777" w:rsidR="003C3777" w:rsidRDefault="003C3777">
      <w:pPr>
        <w:pBdr>
          <w:bottom w:val="single" w:sz="6" w:space="1" w:color="8EA9C1"/>
        </w:pBdr>
        <w:spacing w:before="240" w:after="100"/>
        <w:jc w:val="center"/>
        <w:rPr>
          <w:b/>
          <w:color w:val="1D4B77"/>
          <w:sz w:val="20"/>
        </w:rPr>
      </w:pPr>
    </w:p>
    <w:p w14:paraId="60CEBF5C" w14:textId="57D7138E" w:rsidR="00293422" w:rsidRPr="003459CD" w:rsidRDefault="003C3777">
      <w:pPr>
        <w:pBdr>
          <w:bottom w:val="single" w:sz="6" w:space="1" w:color="8EA9C1"/>
        </w:pBdr>
        <w:spacing w:before="240" w:after="100"/>
        <w:jc w:val="center"/>
      </w:pPr>
      <w:r>
        <w:rPr>
          <w:b/>
          <w:color w:val="1D4B77"/>
          <w:sz w:val="20"/>
        </w:rPr>
        <w:t>3</w:t>
      </w:r>
      <w:r w:rsidR="004F1002" w:rsidRPr="003459CD">
        <w:rPr>
          <w:b/>
          <w:color w:val="1D4B77"/>
          <w:sz w:val="20"/>
        </w:rPr>
        <w:t>. DATI GENERALI DEL PROGETTO TERRITORIALE</w:t>
      </w:r>
    </w:p>
    <w:tbl>
      <w:tblPr>
        <w:tblW w:w="0" w:type="auto"/>
        <w:jc w:val="center"/>
        <w:tblBorders>
          <w:top w:val="single" w:sz="4" w:space="0" w:color="8EA9C1"/>
          <w:left w:val="single" w:sz="4" w:space="0" w:color="8EA9C1"/>
          <w:bottom w:val="single" w:sz="4" w:space="0" w:color="8EA9C1"/>
          <w:right w:val="single" w:sz="4" w:space="0" w:color="8EA9C1"/>
          <w:insideH w:val="single" w:sz="4" w:space="0" w:color="8EA9C1"/>
          <w:insideV w:val="single" w:sz="4" w:space="0" w:color="8EA9C1"/>
        </w:tblBorders>
        <w:tblLook w:val="04A0" w:firstRow="1" w:lastRow="0" w:firstColumn="1" w:lastColumn="0" w:noHBand="0" w:noVBand="1"/>
      </w:tblPr>
      <w:tblGrid>
        <w:gridCol w:w="2548"/>
        <w:gridCol w:w="2547"/>
        <w:gridCol w:w="2548"/>
        <w:gridCol w:w="2547"/>
      </w:tblGrid>
      <w:tr w:rsidR="00855E33" w:rsidRPr="003459CD" w14:paraId="5AA2EFAB" w14:textId="77777777">
        <w:trPr>
          <w:jc w:val="center"/>
        </w:trPr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9015C5" w14:textId="77777777" w:rsidR="00855E33" w:rsidRPr="003459CD" w:rsidRDefault="00855E33" w:rsidP="00855E33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Titolo del progetto territoriale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A00F3F" w14:textId="77777777" w:rsidR="00855E33" w:rsidRPr="003459CD" w:rsidRDefault="00855E33" w:rsidP="00855E33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758DEB" w14:textId="50F2FC7D" w:rsidR="00855E33" w:rsidRPr="003459CD" w:rsidRDefault="00855E33" w:rsidP="00855E33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Numero Progetti di Vita programmati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D26CC1" w14:textId="14CD34CF" w:rsidR="00855E33" w:rsidRPr="003459CD" w:rsidRDefault="00855E33" w:rsidP="00855E33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</w:tr>
      <w:tr w:rsidR="00855E33" w:rsidRPr="003459CD" w14:paraId="42142EB9" w14:textId="77777777">
        <w:trPr>
          <w:jc w:val="center"/>
        </w:trPr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D15EDE" w14:textId="77777777" w:rsidR="00855E33" w:rsidRPr="003459CD" w:rsidRDefault="00855E33" w:rsidP="00855E33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Numero destinatari in possesso dei requisiti indicati ai fini del fabbisogno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314C21" w14:textId="77777777" w:rsidR="00855E33" w:rsidRPr="003459CD" w:rsidRDefault="00855E33" w:rsidP="00855E33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4273E4" w14:textId="3B6DD57C" w:rsidR="00855E33" w:rsidRPr="003459CD" w:rsidRDefault="00855E33" w:rsidP="00855E33">
            <w:pPr>
              <w:spacing w:after="0" w:line="252" w:lineRule="auto"/>
            </w:pP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64CCDD" w14:textId="7FA3BDD3" w:rsidR="00855E33" w:rsidRPr="003459CD" w:rsidRDefault="00855E33" w:rsidP="00855E33">
            <w:pPr>
              <w:spacing w:after="0" w:line="252" w:lineRule="auto"/>
            </w:pPr>
          </w:p>
        </w:tc>
      </w:tr>
    </w:tbl>
    <w:p w14:paraId="3700AD88" w14:textId="77777777" w:rsidR="00675AA4" w:rsidRDefault="00675AA4">
      <w:pPr>
        <w:spacing w:before="140" w:after="40"/>
        <w:rPr>
          <w:b/>
          <w:color w:val="1D4B77"/>
          <w:sz w:val="18"/>
        </w:rPr>
      </w:pPr>
    </w:p>
    <w:p w14:paraId="247105FD" w14:textId="77777777" w:rsidR="00675AA4" w:rsidRDefault="00675AA4">
      <w:pPr>
        <w:spacing w:before="140" w:after="40"/>
        <w:rPr>
          <w:b/>
          <w:color w:val="1D4B77"/>
          <w:sz w:val="18"/>
        </w:rPr>
      </w:pPr>
    </w:p>
    <w:p w14:paraId="2355FC18" w14:textId="300E020A" w:rsidR="00293422" w:rsidRPr="003459CD" w:rsidRDefault="004F1002">
      <w:pPr>
        <w:spacing w:before="140" w:after="40"/>
      </w:pPr>
      <w:r w:rsidRPr="003459CD">
        <w:rPr>
          <w:b/>
          <w:color w:val="1D4B77"/>
          <w:sz w:val="18"/>
        </w:rPr>
        <w:t>Sintesi del progetto territoriale</w:t>
      </w:r>
    </w:p>
    <w:p w14:paraId="34B4DFEA" w14:textId="6A6816C0" w:rsidR="00293422" w:rsidRPr="003459CD" w:rsidRDefault="004F1002">
      <w:pPr>
        <w:spacing w:after="80"/>
      </w:pPr>
      <w:r w:rsidRPr="003459CD">
        <w:rPr>
          <w:i/>
          <w:color w:val="505050"/>
          <w:sz w:val="17"/>
        </w:rPr>
        <w:t>Descrivere in modo sintetico finalità, obiettivi generali, destinatari, principali linee di intervento e risultati attesi</w:t>
      </w:r>
      <w:r w:rsidR="00056927">
        <w:rPr>
          <w:i/>
          <w:color w:val="505050"/>
          <w:sz w:val="17"/>
        </w:rPr>
        <w:t xml:space="preserve"> (MAX 3000 caratteri)</w:t>
      </w:r>
      <w:r w:rsidRPr="003459CD">
        <w:rPr>
          <w:i/>
          <w:color w:val="505050"/>
          <w:sz w:val="17"/>
        </w:rPr>
        <w:t>.</w:t>
      </w:r>
    </w:p>
    <w:tbl>
      <w:tblPr>
        <w:tblW w:w="0" w:type="auto"/>
        <w:jc w:val="center"/>
        <w:tblBorders>
          <w:top w:val="single" w:sz="4" w:space="0" w:color="8EA9C1"/>
          <w:left w:val="single" w:sz="4" w:space="0" w:color="8EA9C1"/>
          <w:bottom w:val="single" w:sz="4" w:space="0" w:color="8EA9C1"/>
          <w:right w:val="single" w:sz="4" w:space="0" w:color="8EA9C1"/>
          <w:insideH w:val="single" w:sz="4" w:space="0" w:color="8EA9C1"/>
          <w:insideV w:val="single" w:sz="4" w:space="0" w:color="8EA9C1"/>
        </w:tblBorders>
        <w:tblLook w:val="04A0" w:firstRow="1" w:lastRow="0" w:firstColumn="1" w:lastColumn="0" w:noHBand="0" w:noVBand="1"/>
      </w:tblPr>
      <w:tblGrid>
        <w:gridCol w:w="10190"/>
      </w:tblGrid>
      <w:tr w:rsidR="00293422" w:rsidRPr="003459CD" w14:paraId="6111D0DE" w14:textId="77777777">
        <w:trPr>
          <w:jc w:val="center"/>
        </w:trPr>
        <w:tc>
          <w:tcPr>
            <w:tcW w:w="102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8C8C0D" w14:textId="77777777" w:rsidR="00D82307" w:rsidRDefault="004F1002">
            <w:pPr>
              <w:spacing w:after="0" w:line="252" w:lineRule="auto"/>
              <w:rPr>
                <w:sz w:val="18"/>
              </w:rPr>
            </w:pP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</w:p>
          <w:p w14:paraId="03042582" w14:textId="77777777" w:rsidR="00D82307" w:rsidRDefault="00D82307">
            <w:pPr>
              <w:spacing w:after="0" w:line="252" w:lineRule="auto"/>
              <w:rPr>
                <w:sz w:val="18"/>
              </w:rPr>
            </w:pPr>
          </w:p>
          <w:p w14:paraId="475815E1" w14:textId="77777777" w:rsidR="00D82307" w:rsidRDefault="00D82307">
            <w:pPr>
              <w:spacing w:after="0" w:line="252" w:lineRule="auto"/>
              <w:rPr>
                <w:sz w:val="18"/>
              </w:rPr>
            </w:pPr>
          </w:p>
          <w:p w14:paraId="0B4D1415" w14:textId="77777777" w:rsidR="00106E08" w:rsidRDefault="00106E08">
            <w:pPr>
              <w:spacing w:after="0" w:line="252" w:lineRule="auto"/>
              <w:rPr>
                <w:sz w:val="18"/>
              </w:rPr>
            </w:pPr>
          </w:p>
          <w:p w14:paraId="7E9637DD" w14:textId="77777777" w:rsidR="00106E08" w:rsidRDefault="00106E08">
            <w:pPr>
              <w:spacing w:after="0" w:line="252" w:lineRule="auto"/>
              <w:rPr>
                <w:sz w:val="18"/>
              </w:rPr>
            </w:pPr>
          </w:p>
          <w:p w14:paraId="26034C31" w14:textId="77777777" w:rsidR="00106E08" w:rsidRDefault="00106E08">
            <w:pPr>
              <w:spacing w:after="0" w:line="252" w:lineRule="auto"/>
              <w:rPr>
                <w:sz w:val="18"/>
              </w:rPr>
            </w:pPr>
          </w:p>
          <w:p w14:paraId="6A491735" w14:textId="77777777" w:rsidR="00106E08" w:rsidRDefault="00106E08">
            <w:pPr>
              <w:spacing w:after="0" w:line="252" w:lineRule="auto"/>
              <w:rPr>
                <w:sz w:val="18"/>
              </w:rPr>
            </w:pPr>
          </w:p>
          <w:p w14:paraId="1E42E8AC" w14:textId="77777777" w:rsidR="00106E08" w:rsidRDefault="00106E08">
            <w:pPr>
              <w:spacing w:after="0" w:line="252" w:lineRule="auto"/>
              <w:rPr>
                <w:sz w:val="18"/>
              </w:rPr>
            </w:pPr>
          </w:p>
          <w:p w14:paraId="19FEDA85" w14:textId="511FADB7" w:rsidR="00293422" w:rsidRPr="003459CD" w:rsidRDefault="004F1002">
            <w:pPr>
              <w:spacing w:after="0" w:line="252" w:lineRule="auto"/>
            </w:pP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</w:p>
        </w:tc>
      </w:tr>
    </w:tbl>
    <w:p w14:paraId="0386C977" w14:textId="2F047140" w:rsidR="00293422" w:rsidRPr="003459CD" w:rsidRDefault="00743E56">
      <w:pPr>
        <w:pBdr>
          <w:bottom w:val="single" w:sz="6" w:space="1" w:color="8EA9C1"/>
        </w:pBdr>
        <w:spacing w:before="240" w:after="100"/>
        <w:jc w:val="center"/>
      </w:pPr>
      <w:r>
        <w:rPr>
          <w:b/>
          <w:color w:val="1D4B77"/>
          <w:sz w:val="20"/>
        </w:rPr>
        <w:t>4</w:t>
      </w:r>
      <w:r w:rsidR="004F1002" w:rsidRPr="003459CD">
        <w:rPr>
          <w:b/>
          <w:color w:val="1D4B77"/>
          <w:sz w:val="20"/>
        </w:rPr>
        <w:t>. FABBISOGNO TERRITORIALE E DESTINATARI</w:t>
      </w:r>
    </w:p>
    <w:p w14:paraId="64EB9486" w14:textId="77777777" w:rsidR="00293422" w:rsidRPr="003459CD" w:rsidRDefault="004F1002">
      <w:pPr>
        <w:spacing w:before="140" w:after="40"/>
      </w:pPr>
      <w:r w:rsidRPr="003459CD">
        <w:rPr>
          <w:b/>
          <w:color w:val="1D4B77"/>
          <w:sz w:val="18"/>
        </w:rPr>
        <w:t>Analisi del fabbisogno territoriale</w:t>
      </w:r>
    </w:p>
    <w:p w14:paraId="3CADBEA8" w14:textId="29217658" w:rsidR="00293422" w:rsidRPr="003459CD" w:rsidRDefault="004F1002">
      <w:pPr>
        <w:spacing w:after="80"/>
      </w:pPr>
      <w:r w:rsidRPr="003459CD">
        <w:rPr>
          <w:i/>
          <w:color w:val="505050"/>
          <w:sz w:val="17"/>
        </w:rPr>
        <w:t>Illustrare bisogni rilevati, fonti informative utilizzate e modalità di quantificazione del fabbisogno dichiarato</w:t>
      </w:r>
      <w:r w:rsidR="00B404EA">
        <w:rPr>
          <w:i/>
          <w:color w:val="505050"/>
          <w:sz w:val="17"/>
        </w:rPr>
        <w:t xml:space="preserve"> (MAX 1000 Caratteri)</w:t>
      </w:r>
      <w:r w:rsidRPr="003459CD">
        <w:rPr>
          <w:i/>
          <w:color w:val="505050"/>
          <w:sz w:val="17"/>
        </w:rPr>
        <w:t>.</w:t>
      </w:r>
    </w:p>
    <w:tbl>
      <w:tblPr>
        <w:tblW w:w="0" w:type="auto"/>
        <w:jc w:val="center"/>
        <w:tblBorders>
          <w:top w:val="single" w:sz="4" w:space="0" w:color="8EA9C1"/>
          <w:left w:val="single" w:sz="4" w:space="0" w:color="8EA9C1"/>
          <w:bottom w:val="single" w:sz="4" w:space="0" w:color="8EA9C1"/>
          <w:right w:val="single" w:sz="4" w:space="0" w:color="8EA9C1"/>
          <w:insideH w:val="single" w:sz="4" w:space="0" w:color="8EA9C1"/>
          <w:insideV w:val="single" w:sz="4" w:space="0" w:color="8EA9C1"/>
        </w:tblBorders>
        <w:tblLook w:val="04A0" w:firstRow="1" w:lastRow="0" w:firstColumn="1" w:lastColumn="0" w:noHBand="0" w:noVBand="1"/>
      </w:tblPr>
      <w:tblGrid>
        <w:gridCol w:w="2548"/>
        <w:gridCol w:w="2547"/>
        <w:gridCol w:w="2548"/>
        <w:gridCol w:w="2547"/>
      </w:tblGrid>
      <w:tr w:rsidR="00293422" w:rsidRPr="003459CD" w14:paraId="49CBEA96" w14:textId="77777777">
        <w:trPr>
          <w:jc w:val="center"/>
        </w:trPr>
        <w:tc>
          <w:tcPr>
            <w:tcW w:w="10200" w:type="dxa"/>
            <w:gridSpan w:val="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7DAEC7" w14:textId="77777777" w:rsidR="00BE5AF4" w:rsidRPr="003459CD" w:rsidRDefault="004F1002">
            <w:pPr>
              <w:spacing w:after="0" w:line="252" w:lineRule="auto"/>
              <w:rPr>
                <w:sz w:val="18"/>
              </w:rPr>
            </w:pP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</w:p>
          <w:p w14:paraId="0785B55C" w14:textId="77777777" w:rsidR="00BE5AF4" w:rsidRPr="003459CD" w:rsidRDefault="00BE5AF4">
            <w:pPr>
              <w:spacing w:after="0" w:line="252" w:lineRule="auto"/>
              <w:rPr>
                <w:sz w:val="18"/>
              </w:rPr>
            </w:pPr>
          </w:p>
          <w:p w14:paraId="0B653725" w14:textId="77777777" w:rsidR="00BE5AF4" w:rsidRPr="003459CD" w:rsidRDefault="00BE5AF4">
            <w:pPr>
              <w:spacing w:after="0" w:line="252" w:lineRule="auto"/>
              <w:rPr>
                <w:sz w:val="18"/>
              </w:rPr>
            </w:pPr>
          </w:p>
          <w:p w14:paraId="70781509" w14:textId="2F8B3B0D" w:rsidR="00293422" w:rsidRPr="003459CD" w:rsidRDefault="004F1002">
            <w:pPr>
              <w:spacing w:after="0" w:line="252" w:lineRule="auto"/>
            </w:pP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</w:p>
        </w:tc>
      </w:tr>
      <w:tr w:rsidR="00293422" w:rsidRPr="003459CD" w14:paraId="0453223B" w14:textId="77777777">
        <w:trPr>
          <w:jc w:val="center"/>
        </w:trPr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F3611F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b/>
                <w:color w:val="1D4B77"/>
                <w:sz w:val="17"/>
              </w:rPr>
              <w:t>Destinatari complessivi indicati ai fini del fabbisogno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E1B9ED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A6A6DD" w14:textId="278D6200" w:rsidR="00293422" w:rsidRPr="003459CD" w:rsidRDefault="00293422">
            <w:pPr>
              <w:spacing w:after="0" w:line="252" w:lineRule="auto"/>
            </w:pP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5C7075" w14:textId="6396B43D" w:rsidR="00293422" w:rsidRPr="003459CD" w:rsidRDefault="00293422">
            <w:pPr>
              <w:spacing w:after="0" w:line="252" w:lineRule="auto"/>
            </w:pPr>
          </w:p>
        </w:tc>
      </w:tr>
      <w:tr w:rsidR="00293422" w:rsidRPr="003459CD" w14:paraId="243BF8A4" w14:textId="77777777">
        <w:trPr>
          <w:jc w:val="center"/>
        </w:trPr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54F03A" w14:textId="40680EC6" w:rsidR="00293422" w:rsidRPr="003459CD" w:rsidRDefault="00293422">
            <w:pPr>
              <w:spacing w:after="0" w:line="252" w:lineRule="auto"/>
            </w:pP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909CCA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DBC24E" w14:textId="63307EDF" w:rsidR="00293422" w:rsidRPr="003459CD" w:rsidRDefault="00293422">
            <w:pPr>
              <w:spacing w:after="0" w:line="252" w:lineRule="auto"/>
            </w:pP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BA0AC5" w14:textId="75F56BAB" w:rsidR="00293422" w:rsidRPr="003459CD" w:rsidRDefault="00293422">
            <w:pPr>
              <w:spacing w:after="0" w:line="252" w:lineRule="auto"/>
            </w:pPr>
          </w:p>
        </w:tc>
      </w:tr>
      <w:tr w:rsidR="00293422" w:rsidRPr="003459CD" w14:paraId="3FE50E62" w14:textId="77777777">
        <w:trPr>
          <w:jc w:val="center"/>
        </w:trPr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BE7396" w14:textId="730BA954" w:rsidR="00293422" w:rsidRPr="001545E0" w:rsidRDefault="00293422">
            <w:pPr>
              <w:spacing w:after="0" w:line="252" w:lineRule="auto"/>
              <w:rPr>
                <w:b/>
                <w:color w:val="1D4B77"/>
                <w:sz w:val="17"/>
              </w:rPr>
            </w:pP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650A53" w14:textId="3A0D865F" w:rsidR="00293422" w:rsidRPr="001545E0" w:rsidRDefault="001545E0">
            <w:pPr>
              <w:spacing w:after="0" w:line="252" w:lineRule="auto"/>
              <w:rPr>
                <w:b/>
                <w:color w:val="1D4B77"/>
                <w:sz w:val="17"/>
              </w:rPr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49DAE8" w14:textId="0D323092" w:rsidR="00293422" w:rsidRPr="001545E0" w:rsidRDefault="00293422">
            <w:pPr>
              <w:spacing w:after="0" w:line="252" w:lineRule="auto"/>
              <w:rPr>
                <w:b/>
                <w:color w:val="1D4B77"/>
                <w:sz w:val="17"/>
              </w:rPr>
            </w:pP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5FDE6E" w14:textId="568025AD" w:rsidR="00293422" w:rsidRPr="003459CD" w:rsidRDefault="00293422">
            <w:pPr>
              <w:spacing w:after="0" w:line="252" w:lineRule="auto"/>
            </w:pPr>
          </w:p>
        </w:tc>
      </w:tr>
      <w:tr w:rsidR="001545E0" w:rsidRPr="003459CD" w14:paraId="4FE62F37" w14:textId="77777777">
        <w:trPr>
          <w:jc w:val="center"/>
        </w:trPr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9D65C3" w14:textId="216BEED5" w:rsidR="001545E0" w:rsidRPr="001545E0" w:rsidRDefault="001545E0">
            <w:pPr>
              <w:spacing w:after="0" w:line="252" w:lineRule="auto"/>
              <w:rPr>
                <w:b/>
                <w:color w:val="1D4B77"/>
                <w:sz w:val="17"/>
              </w:rPr>
            </w:pP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55D5F5" w14:textId="13EC3446" w:rsidR="001545E0" w:rsidRPr="003459CD" w:rsidRDefault="004654AC">
            <w:pPr>
              <w:spacing w:after="0" w:line="252" w:lineRule="auto"/>
              <w:rPr>
                <w:i/>
                <w:color w:val="666666"/>
                <w:sz w:val="17"/>
              </w:rPr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FE1C54" w14:textId="558DEA73" w:rsidR="001545E0" w:rsidRPr="001545E0" w:rsidRDefault="001545E0">
            <w:pPr>
              <w:spacing w:after="0" w:line="252" w:lineRule="auto"/>
              <w:rPr>
                <w:b/>
                <w:color w:val="1D4B77"/>
                <w:sz w:val="17"/>
              </w:rPr>
            </w:pP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9193F7" w14:textId="597E18E5" w:rsidR="001545E0" w:rsidRPr="003459CD" w:rsidRDefault="001545E0">
            <w:pPr>
              <w:spacing w:after="0" w:line="252" w:lineRule="auto"/>
              <w:rPr>
                <w:i/>
                <w:color w:val="666666"/>
                <w:sz w:val="17"/>
              </w:rPr>
            </w:pPr>
          </w:p>
        </w:tc>
      </w:tr>
      <w:tr w:rsidR="000D3E28" w:rsidRPr="003459CD" w14:paraId="19FE77E1" w14:textId="77777777">
        <w:trPr>
          <w:jc w:val="center"/>
        </w:trPr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D300D1" w14:textId="4D9695FA" w:rsidR="000D3E28" w:rsidRPr="003459CD" w:rsidRDefault="000D3E28" w:rsidP="000D3E28">
            <w:pPr>
              <w:spacing w:after="0" w:line="252" w:lineRule="auto"/>
              <w:rPr>
                <w:b/>
                <w:color w:val="1D4B77"/>
                <w:sz w:val="17"/>
              </w:rPr>
            </w:pPr>
            <w:r w:rsidRPr="003459CD">
              <w:rPr>
                <w:b/>
                <w:color w:val="1D4B77"/>
                <w:sz w:val="17"/>
              </w:rPr>
              <w:t>Numero nuclei familiari eventualmente coinvolti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D3404B" w14:textId="25047016" w:rsidR="000D3E28" w:rsidRPr="003459CD" w:rsidRDefault="000D3E28" w:rsidP="000D3E28">
            <w:pPr>
              <w:spacing w:after="0" w:line="252" w:lineRule="auto"/>
              <w:rPr>
                <w:i/>
                <w:color w:val="666666"/>
                <w:sz w:val="17"/>
              </w:rPr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  <w:tc>
          <w:tcPr>
            <w:tcW w:w="255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566C83" w14:textId="364CD4C8" w:rsidR="000D3E28" w:rsidRPr="003459CD" w:rsidRDefault="000D3E28" w:rsidP="000D3E28">
            <w:pPr>
              <w:spacing w:after="0" w:line="252" w:lineRule="auto"/>
              <w:rPr>
                <w:b/>
                <w:color w:val="1D4B77"/>
                <w:sz w:val="17"/>
              </w:rPr>
            </w:pPr>
            <w:r w:rsidRPr="003459CD">
              <w:rPr>
                <w:b/>
                <w:color w:val="1D4B77"/>
                <w:sz w:val="17"/>
              </w:rPr>
              <w:t>Eventuali ulteriori specificazioni</w:t>
            </w:r>
          </w:p>
        </w:tc>
        <w:tc>
          <w:tcPr>
            <w:tcW w:w="25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8DD3AD" w14:textId="3C8BDFDD" w:rsidR="000D3E28" w:rsidRPr="003459CD" w:rsidRDefault="000D3E28" w:rsidP="000D3E28">
            <w:pPr>
              <w:spacing w:after="0" w:line="252" w:lineRule="auto"/>
              <w:rPr>
                <w:i/>
                <w:color w:val="666666"/>
                <w:sz w:val="17"/>
              </w:rPr>
            </w:pPr>
            <w:r w:rsidRPr="003459CD">
              <w:rPr>
                <w:i/>
                <w:color w:val="666666"/>
                <w:sz w:val="17"/>
              </w:rPr>
              <w:t>Da compilare</w:t>
            </w:r>
          </w:p>
        </w:tc>
      </w:tr>
    </w:tbl>
    <w:p w14:paraId="51659925" w14:textId="77777777" w:rsidR="00293422" w:rsidRPr="003459CD" w:rsidRDefault="004F1002">
      <w:pPr>
        <w:spacing w:before="140" w:after="40"/>
      </w:pPr>
      <w:r w:rsidRPr="003459CD">
        <w:rPr>
          <w:b/>
          <w:color w:val="1D4B77"/>
          <w:sz w:val="18"/>
        </w:rPr>
        <w:t>Modalità di individuazione dei destinatari finali</w:t>
      </w:r>
    </w:p>
    <w:p w14:paraId="41B10E96" w14:textId="4E88B136" w:rsidR="00293422" w:rsidRPr="003459CD" w:rsidRDefault="004F1002">
      <w:pPr>
        <w:spacing w:after="80"/>
      </w:pPr>
      <w:r w:rsidRPr="003459CD">
        <w:rPr>
          <w:i/>
          <w:color w:val="505050"/>
          <w:sz w:val="17"/>
        </w:rPr>
        <w:t>Descrivere le modalità trasparenti, tracciabili e coerenti con il fabbisogno rilevato, anche qualora l’individuazione avvenga dopo l’ammissione a finanziamento</w:t>
      </w:r>
      <w:r w:rsidR="00743E56">
        <w:rPr>
          <w:i/>
          <w:color w:val="505050"/>
          <w:sz w:val="17"/>
        </w:rPr>
        <w:t xml:space="preserve"> (Max 1000 caratteri)</w:t>
      </w:r>
      <w:r w:rsidRPr="003459CD">
        <w:rPr>
          <w:i/>
          <w:color w:val="505050"/>
          <w:sz w:val="17"/>
        </w:rPr>
        <w:t>.</w:t>
      </w:r>
    </w:p>
    <w:tbl>
      <w:tblPr>
        <w:tblW w:w="0" w:type="auto"/>
        <w:jc w:val="center"/>
        <w:tblBorders>
          <w:top w:val="single" w:sz="4" w:space="0" w:color="8EA9C1"/>
          <w:left w:val="single" w:sz="4" w:space="0" w:color="8EA9C1"/>
          <w:bottom w:val="single" w:sz="4" w:space="0" w:color="8EA9C1"/>
          <w:right w:val="single" w:sz="4" w:space="0" w:color="8EA9C1"/>
          <w:insideH w:val="single" w:sz="4" w:space="0" w:color="8EA9C1"/>
          <w:insideV w:val="single" w:sz="4" w:space="0" w:color="8EA9C1"/>
        </w:tblBorders>
        <w:tblLook w:val="04A0" w:firstRow="1" w:lastRow="0" w:firstColumn="1" w:lastColumn="0" w:noHBand="0" w:noVBand="1"/>
      </w:tblPr>
      <w:tblGrid>
        <w:gridCol w:w="10190"/>
      </w:tblGrid>
      <w:tr w:rsidR="00293422" w:rsidRPr="003459CD" w14:paraId="72D24FC6" w14:textId="77777777">
        <w:trPr>
          <w:jc w:val="center"/>
        </w:trPr>
        <w:tc>
          <w:tcPr>
            <w:tcW w:w="102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331D17" w14:textId="77777777" w:rsidR="00743E56" w:rsidRDefault="004F1002">
            <w:pPr>
              <w:spacing w:after="0" w:line="252" w:lineRule="auto"/>
              <w:rPr>
                <w:sz w:val="18"/>
              </w:rPr>
            </w:pP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</w:p>
          <w:p w14:paraId="24A560F2" w14:textId="77777777" w:rsidR="00743E56" w:rsidRDefault="00743E56">
            <w:pPr>
              <w:spacing w:after="0" w:line="252" w:lineRule="auto"/>
              <w:rPr>
                <w:sz w:val="18"/>
              </w:rPr>
            </w:pPr>
          </w:p>
          <w:p w14:paraId="43BCEA26" w14:textId="77777777" w:rsidR="00743E56" w:rsidRDefault="00743E56">
            <w:pPr>
              <w:spacing w:after="0" w:line="252" w:lineRule="auto"/>
              <w:rPr>
                <w:sz w:val="18"/>
              </w:rPr>
            </w:pPr>
          </w:p>
          <w:p w14:paraId="6E57D318" w14:textId="77777777" w:rsidR="00743E56" w:rsidRDefault="00743E56">
            <w:pPr>
              <w:spacing w:after="0" w:line="252" w:lineRule="auto"/>
              <w:rPr>
                <w:sz w:val="18"/>
              </w:rPr>
            </w:pPr>
          </w:p>
          <w:p w14:paraId="4D9FD130" w14:textId="77777777" w:rsidR="00743E56" w:rsidRDefault="00743E56">
            <w:pPr>
              <w:spacing w:after="0" w:line="252" w:lineRule="auto"/>
              <w:rPr>
                <w:sz w:val="18"/>
              </w:rPr>
            </w:pPr>
          </w:p>
          <w:p w14:paraId="4A566721" w14:textId="77777777" w:rsidR="00743E56" w:rsidRDefault="00743E56">
            <w:pPr>
              <w:spacing w:after="0" w:line="252" w:lineRule="auto"/>
              <w:rPr>
                <w:sz w:val="18"/>
              </w:rPr>
            </w:pPr>
          </w:p>
          <w:p w14:paraId="1411E6ED" w14:textId="77777777" w:rsidR="00743E56" w:rsidRDefault="00743E56">
            <w:pPr>
              <w:spacing w:after="0" w:line="252" w:lineRule="auto"/>
              <w:rPr>
                <w:sz w:val="18"/>
              </w:rPr>
            </w:pPr>
          </w:p>
          <w:p w14:paraId="40896AC8" w14:textId="6FBF2C43" w:rsidR="00293422" w:rsidRPr="003459CD" w:rsidRDefault="004F1002">
            <w:pPr>
              <w:spacing w:after="0" w:line="252" w:lineRule="auto"/>
            </w:pPr>
            <w:r w:rsidRPr="003459CD">
              <w:rPr>
                <w:sz w:val="18"/>
              </w:rPr>
              <w:br/>
            </w:r>
          </w:p>
        </w:tc>
      </w:tr>
    </w:tbl>
    <w:p w14:paraId="094B45F6" w14:textId="432440DD" w:rsidR="00293422" w:rsidRPr="003459CD" w:rsidRDefault="00743E56">
      <w:pPr>
        <w:pBdr>
          <w:bottom w:val="single" w:sz="6" w:space="1" w:color="8EA9C1"/>
        </w:pBdr>
        <w:spacing w:before="240" w:after="100"/>
        <w:jc w:val="center"/>
      </w:pPr>
      <w:r>
        <w:rPr>
          <w:b/>
          <w:color w:val="1D4B77"/>
          <w:sz w:val="20"/>
        </w:rPr>
        <w:t>5</w:t>
      </w:r>
      <w:r w:rsidR="004F1002" w:rsidRPr="003459CD">
        <w:rPr>
          <w:b/>
          <w:color w:val="1D4B77"/>
          <w:sz w:val="20"/>
        </w:rPr>
        <w:t>. DESCRIZIONE DEL PROGETTO TERRITORIALE E DEI PROGETTI DI VITA</w:t>
      </w:r>
    </w:p>
    <w:p w14:paraId="27C7988E" w14:textId="77777777" w:rsidR="00293422" w:rsidRPr="003459CD" w:rsidRDefault="004F1002">
      <w:pPr>
        <w:spacing w:before="140" w:after="40"/>
      </w:pPr>
      <w:r w:rsidRPr="003459CD">
        <w:rPr>
          <w:b/>
          <w:color w:val="1D4B77"/>
          <w:sz w:val="18"/>
        </w:rPr>
        <w:t>Modalità di attivazione dei Progetti di Vita</w:t>
      </w:r>
    </w:p>
    <w:p w14:paraId="2F343D2E" w14:textId="2A598F14" w:rsidR="00293422" w:rsidRPr="003459CD" w:rsidRDefault="004F1002">
      <w:pPr>
        <w:spacing w:after="80"/>
      </w:pPr>
      <w:r w:rsidRPr="003459CD">
        <w:rPr>
          <w:i/>
          <w:color w:val="505050"/>
          <w:sz w:val="17"/>
        </w:rPr>
        <w:t>Descrivere come il progetto territoriale sostiene la valutazione multidimensionale, la definizione, l’attuazione e l’aggiornamento dei Progetti di Vita individuali, personalizzati e partecipati</w:t>
      </w:r>
      <w:r w:rsidR="000F3AA5">
        <w:rPr>
          <w:i/>
          <w:color w:val="505050"/>
          <w:sz w:val="17"/>
        </w:rPr>
        <w:t xml:space="preserve"> (Max 3000 caratteri).</w:t>
      </w:r>
    </w:p>
    <w:tbl>
      <w:tblPr>
        <w:tblW w:w="0" w:type="auto"/>
        <w:jc w:val="center"/>
        <w:tblBorders>
          <w:top w:val="single" w:sz="4" w:space="0" w:color="8EA9C1"/>
          <w:left w:val="single" w:sz="4" w:space="0" w:color="8EA9C1"/>
          <w:bottom w:val="single" w:sz="4" w:space="0" w:color="8EA9C1"/>
          <w:right w:val="single" w:sz="4" w:space="0" w:color="8EA9C1"/>
          <w:insideH w:val="single" w:sz="4" w:space="0" w:color="8EA9C1"/>
          <w:insideV w:val="single" w:sz="4" w:space="0" w:color="8EA9C1"/>
        </w:tblBorders>
        <w:tblLook w:val="04A0" w:firstRow="1" w:lastRow="0" w:firstColumn="1" w:lastColumn="0" w:noHBand="0" w:noVBand="1"/>
      </w:tblPr>
      <w:tblGrid>
        <w:gridCol w:w="10190"/>
      </w:tblGrid>
      <w:tr w:rsidR="00293422" w:rsidRPr="003459CD" w14:paraId="7F954BAC" w14:textId="77777777">
        <w:trPr>
          <w:jc w:val="center"/>
        </w:trPr>
        <w:tc>
          <w:tcPr>
            <w:tcW w:w="102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D9886D" w14:textId="77777777" w:rsidR="000F3AA5" w:rsidRDefault="004F1002">
            <w:pPr>
              <w:spacing w:after="0" w:line="252" w:lineRule="auto"/>
              <w:rPr>
                <w:sz w:val="18"/>
              </w:rPr>
            </w:pP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</w:p>
          <w:p w14:paraId="42CB9686" w14:textId="77777777" w:rsidR="000F3AA5" w:rsidRDefault="000F3AA5">
            <w:pPr>
              <w:spacing w:after="0" w:line="252" w:lineRule="auto"/>
              <w:rPr>
                <w:sz w:val="18"/>
              </w:rPr>
            </w:pPr>
          </w:p>
          <w:p w14:paraId="02BFDEF8" w14:textId="77777777" w:rsidR="000F3AA5" w:rsidRDefault="000F3AA5">
            <w:pPr>
              <w:spacing w:after="0" w:line="252" w:lineRule="auto"/>
              <w:rPr>
                <w:sz w:val="18"/>
              </w:rPr>
            </w:pPr>
          </w:p>
          <w:p w14:paraId="517D0D89" w14:textId="77777777" w:rsidR="000F3AA5" w:rsidRDefault="000F3AA5">
            <w:pPr>
              <w:spacing w:after="0" w:line="252" w:lineRule="auto"/>
              <w:rPr>
                <w:sz w:val="18"/>
              </w:rPr>
            </w:pPr>
          </w:p>
          <w:p w14:paraId="6D6C8D94" w14:textId="77777777" w:rsidR="000F3AA5" w:rsidRDefault="000F3AA5">
            <w:pPr>
              <w:spacing w:after="0" w:line="252" w:lineRule="auto"/>
              <w:rPr>
                <w:sz w:val="18"/>
              </w:rPr>
            </w:pPr>
          </w:p>
          <w:p w14:paraId="7173C468" w14:textId="77777777" w:rsidR="000F3AA5" w:rsidRDefault="000F3AA5">
            <w:pPr>
              <w:spacing w:after="0" w:line="252" w:lineRule="auto"/>
              <w:rPr>
                <w:sz w:val="18"/>
              </w:rPr>
            </w:pPr>
          </w:p>
          <w:p w14:paraId="785770CB" w14:textId="77777777" w:rsidR="000F3AA5" w:rsidRDefault="000F3AA5">
            <w:pPr>
              <w:spacing w:after="0" w:line="252" w:lineRule="auto"/>
              <w:rPr>
                <w:sz w:val="18"/>
              </w:rPr>
            </w:pPr>
          </w:p>
          <w:p w14:paraId="0563FFAD" w14:textId="77777777" w:rsidR="000F3AA5" w:rsidRDefault="000F3AA5">
            <w:pPr>
              <w:spacing w:after="0" w:line="252" w:lineRule="auto"/>
              <w:rPr>
                <w:sz w:val="18"/>
              </w:rPr>
            </w:pPr>
          </w:p>
          <w:p w14:paraId="0149141E" w14:textId="77777777" w:rsidR="000F3AA5" w:rsidRDefault="000F3AA5">
            <w:pPr>
              <w:spacing w:after="0" w:line="252" w:lineRule="auto"/>
              <w:rPr>
                <w:sz w:val="18"/>
              </w:rPr>
            </w:pPr>
          </w:p>
          <w:p w14:paraId="5DEE4970" w14:textId="77777777" w:rsidR="000F3AA5" w:rsidRDefault="000F3AA5">
            <w:pPr>
              <w:spacing w:after="0" w:line="252" w:lineRule="auto"/>
              <w:rPr>
                <w:sz w:val="18"/>
              </w:rPr>
            </w:pPr>
          </w:p>
          <w:p w14:paraId="7FADA389" w14:textId="77777777" w:rsidR="000F3AA5" w:rsidRDefault="000F3AA5">
            <w:pPr>
              <w:spacing w:after="0" w:line="252" w:lineRule="auto"/>
              <w:rPr>
                <w:sz w:val="18"/>
              </w:rPr>
            </w:pPr>
          </w:p>
          <w:p w14:paraId="7F6958F1" w14:textId="77777777" w:rsidR="000F3AA5" w:rsidRDefault="000F3AA5">
            <w:pPr>
              <w:spacing w:after="0" w:line="252" w:lineRule="auto"/>
              <w:rPr>
                <w:sz w:val="18"/>
              </w:rPr>
            </w:pPr>
          </w:p>
          <w:p w14:paraId="3B14E048" w14:textId="77777777" w:rsidR="000F3AA5" w:rsidRDefault="000F3AA5">
            <w:pPr>
              <w:spacing w:after="0" w:line="252" w:lineRule="auto"/>
              <w:rPr>
                <w:sz w:val="18"/>
              </w:rPr>
            </w:pPr>
          </w:p>
          <w:p w14:paraId="60A84BDA" w14:textId="77777777" w:rsidR="000F3AA5" w:rsidRDefault="000F3AA5">
            <w:pPr>
              <w:spacing w:after="0" w:line="252" w:lineRule="auto"/>
              <w:rPr>
                <w:sz w:val="18"/>
              </w:rPr>
            </w:pPr>
          </w:p>
          <w:p w14:paraId="573023E9" w14:textId="77777777" w:rsidR="000F3AA5" w:rsidRDefault="000F3AA5">
            <w:pPr>
              <w:spacing w:after="0" w:line="252" w:lineRule="auto"/>
              <w:rPr>
                <w:sz w:val="18"/>
              </w:rPr>
            </w:pPr>
          </w:p>
          <w:p w14:paraId="021BCD08" w14:textId="3372D3B2" w:rsidR="00293422" w:rsidRPr="003459CD" w:rsidRDefault="004F1002">
            <w:pPr>
              <w:spacing w:after="0" w:line="252" w:lineRule="auto"/>
            </w:pP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</w:p>
        </w:tc>
      </w:tr>
    </w:tbl>
    <w:p w14:paraId="1D85064A" w14:textId="77777777" w:rsidR="00293422" w:rsidRPr="003459CD" w:rsidRDefault="004F1002">
      <w:pPr>
        <w:spacing w:before="140" w:after="40"/>
      </w:pPr>
      <w:r w:rsidRPr="003459CD">
        <w:rPr>
          <w:b/>
          <w:color w:val="1D4B77"/>
          <w:sz w:val="18"/>
        </w:rPr>
        <w:t>Assetto organizzativo e raccordo con i servizi territoriali</w:t>
      </w:r>
    </w:p>
    <w:p w14:paraId="134F1895" w14:textId="32618EA2" w:rsidR="00293422" w:rsidRPr="003459CD" w:rsidRDefault="004F1002">
      <w:pPr>
        <w:spacing w:after="80"/>
      </w:pPr>
      <w:r w:rsidRPr="003459CD">
        <w:rPr>
          <w:i/>
          <w:color w:val="505050"/>
          <w:sz w:val="17"/>
        </w:rPr>
        <w:t>Indicare ruoli dell’Ambito, servizi coinvolti, eventuali sedi o contesti di realizzazione già noti, modalità di coordinamento e raccordo con la rete territoriale</w:t>
      </w:r>
      <w:r w:rsidR="00994CAE">
        <w:rPr>
          <w:i/>
          <w:color w:val="505050"/>
          <w:sz w:val="17"/>
        </w:rPr>
        <w:t xml:space="preserve"> (Max 1000 caratteri)</w:t>
      </w:r>
      <w:r w:rsidRPr="003459CD">
        <w:rPr>
          <w:i/>
          <w:color w:val="505050"/>
          <w:sz w:val="17"/>
        </w:rPr>
        <w:t>.</w:t>
      </w:r>
    </w:p>
    <w:tbl>
      <w:tblPr>
        <w:tblW w:w="0" w:type="auto"/>
        <w:jc w:val="center"/>
        <w:tblBorders>
          <w:top w:val="single" w:sz="4" w:space="0" w:color="8EA9C1"/>
          <w:left w:val="single" w:sz="4" w:space="0" w:color="8EA9C1"/>
          <w:bottom w:val="single" w:sz="4" w:space="0" w:color="8EA9C1"/>
          <w:right w:val="single" w:sz="4" w:space="0" w:color="8EA9C1"/>
          <w:insideH w:val="single" w:sz="4" w:space="0" w:color="8EA9C1"/>
          <w:insideV w:val="single" w:sz="4" w:space="0" w:color="8EA9C1"/>
        </w:tblBorders>
        <w:tblLook w:val="04A0" w:firstRow="1" w:lastRow="0" w:firstColumn="1" w:lastColumn="0" w:noHBand="0" w:noVBand="1"/>
      </w:tblPr>
      <w:tblGrid>
        <w:gridCol w:w="10190"/>
      </w:tblGrid>
      <w:tr w:rsidR="00293422" w:rsidRPr="003459CD" w14:paraId="1F1B5618" w14:textId="77777777">
        <w:trPr>
          <w:jc w:val="center"/>
        </w:trPr>
        <w:tc>
          <w:tcPr>
            <w:tcW w:w="102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F7FA78" w14:textId="77777777" w:rsidR="00FC6C0B" w:rsidRDefault="004F1002">
            <w:pPr>
              <w:spacing w:after="0" w:line="252" w:lineRule="auto"/>
              <w:rPr>
                <w:sz w:val="18"/>
              </w:rPr>
            </w:pPr>
            <w:r w:rsidRPr="003459CD">
              <w:rPr>
                <w:sz w:val="18"/>
              </w:rPr>
              <w:br/>
            </w:r>
          </w:p>
          <w:p w14:paraId="4B4DA6D0" w14:textId="77777777" w:rsidR="00FC6C0B" w:rsidRDefault="00FC6C0B">
            <w:pPr>
              <w:spacing w:after="0" w:line="252" w:lineRule="auto"/>
              <w:rPr>
                <w:sz w:val="18"/>
              </w:rPr>
            </w:pPr>
          </w:p>
          <w:p w14:paraId="4FCDAE8E" w14:textId="77777777" w:rsidR="00FC6C0B" w:rsidRDefault="00FC6C0B">
            <w:pPr>
              <w:spacing w:after="0" w:line="252" w:lineRule="auto"/>
              <w:rPr>
                <w:sz w:val="18"/>
              </w:rPr>
            </w:pPr>
          </w:p>
          <w:p w14:paraId="7CD32402" w14:textId="77777777" w:rsidR="00293422" w:rsidRDefault="004F1002">
            <w:pPr>
              <w:spacing w:after="0" w:line="252" w:lineRule="auto"/>
            </w:pP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</w:p>
          <w:p w14:paraId="28FB8CF3" w14:textId="77777777" w:rsidR="00994CAE" w:rsidRDefault="00994CAE">
            <w:pPr>
              <w:spacing w:after="0" w:line="252" w:lineRule="auto"/>
            </w:pPr>
          </w:p>
          <w:p w14:paraId="21037211" w14:textId="77777777" w:rsidR="00994CAE" w:rsidRDefault="00994CAE">
            <w:pPr>
              <w:spacing w:after="0" w:line="252" w:lineRule="auto"/>
            </w:pPr>
          </w:p>
          <w:p w14:paraId="3C9127AC" w14:textId="77777777" w:rsidR="00994CAE" w:rsidRDefault="00994CAE">
            <w:pPr>
              <w:spacing w:after="0" w:line="252" w:lineRule="auto"/>
            </w:pPr>
          </w:p>
          <w:p w14:paraId="5C6EBB7B" w14:textId="7D054FA7" w:rsidR="00994CAE" w:rsidRPr="003459CD" w:rsidRDefault="00994CAE">
            <w:pPr>
              <w:spacing w:after="0" w:line="252" w:lineRule="auto"/>
            </w:pPr>
          </w:p>
        </w:tc>
      </w:tr>
    </w:tbl>
    <w:p w14:paraId="76C2AC95" w14:textId="77777777" w:rsidR="00293422" w:rsidRPr="003459CD" w:rsidRDefault="004F1002">
      <w:pPr>
        <w:spacing w:before="140" w:after="40"/>
      </w:pPr>
      <w:r w:rsidRPr="003459CD">
        <w:rPr>
          <w:b/>
          <w:color w:val="1D4B77"/>
          <w:sz w:val="18"/>
        </w:rPr>
        <w:t>Eventuali soggetti della rete territoriale coinvolti</w:t>
      </w:r>
    </w:p>
    <w:p w14:paraId="2563D67A" w14:textId="77777777" w:rsidR="00293422" w:rsidRPr="003459CD" w:rsidRDefault="004F1002">
      <w:pPr>
        <w:spacing w:after="80"/>
      </w:pPr>
      <w:r w:rsidRPr="003459CD">
        <w:rPr>
          <w:i/>
          <w:color w:val="505050"/>
          <w:sz w:val="17"/>
        </w:rPr>
        <w:t>Compilare solo se pertinente. Indicare soggetti coinvolti, ruolo e contributo atteso, senza duplicare documentazione da allegare separatamente.</w:t>
      </w:r>
    </w:p>
    <w:tbl>
      <w:tblPr>
        <w:tblW w:w="0" w:type="auto"/>
        <w:jc w:val="center"/>
        <w:tblBorders>
          <w:top w:val="single" w:sz="4" w:space="0" w:color="8EA9C1"/>
          <w:left w:val="single" w:sz="4" w:space="0" w:color="8EA9C1"/>
          <w:bottom w:val="single" w:sz="4" w:space="0" w:color="8EA9C1"/>
          <w:right w:val="single" w:sz="4" w:space="0" w:color="8EA9C1"/>
          <w:insideH w:val="single" w:sz="4" w:space="0" w:color="8EA9C1"/>
          <w:insideV w:val="single" w:sz="4" w:space="0" w:color="8EA9C1"/>
        </w:tblBorders>
        <w:tblLook w:val="04A0" w:firstRow="1" w:lastRow="0" w:firstColumn="1" w:lastColumn="0" w:noHBand="0" w:noVBand="1"/>
      </w:tblPr>
      <w:tblGrid>
        <w:gridCol w:w="10190"/>
      </w:tblGrid>
      <w:tr w:rsidR="00293422" w:rsidRPr="003459CD" w14:paraId="4CFDAB84" w14:textId="77777777">
        <w:trPr>
          <w:jc w:val="center"/>
        </w:trPr>
        <w:tc>
          <w:tcPr>
            <w:tcW w:w="102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6DAA79" w14:textId="77777777" w:rsidR="00FC6C0B" w:rsidRDefault="004F1002">
            <w:pPr>
              <w:spacing w:after="0" w:line="252" w:lineRule="auto"/>
              <w:rPr>
                <w:sz w:val="18"/>
              </w:rPr>
            </w:pP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</w:p>
          <w:p w14:paraId="3792BE0A" w14:textId="77777777" w:rsidR="00FC6C0B" w:rsidRDefault="00FC6C0B">
            <w:pPr>
              <w:spacing w:after="0" w:line="252" w:lineRule="auto"/>
              <w:rPr>
                <w:sz w:val="18"/>
              </w:rPr>
            </w:pPr>
          </w:p>
          <w:p w14:paraId="498D07B3" w14:textId="77777777" w:rsidR="00FC6C0B" w:rsidRDefault="00FC6C0B">
            <w:pPr>
              <w:spacing w:after="0" w:line="252" w:lineRule="auto"/>
              <w:rPr>
                <w:sz w:val="18"/>
              </w:rPr>
            </w:pPr>
          </w:p>
          <w:p w14:paraId="73FC4632" w14:textId="77777777" w:rsidR="00FC6C0B" w:rsidRDefault="00FC6C0B">
            <w:pPr>
              <w:spacing w:after="0" w:line="252" w:lineRule="auto"/>
              <w:rPr>
                <w:sz w:val="18"/>
              </w:rPr>
            </w:pPr>
          </w:p>
          <w:p w14:paraId="0227D406" w14:textId="426D3E4F" w:rsidR="00293422" w:rsidRPr="003459CD" w:rsidRDefault="004F1002">
            <w:pPr>
              <w:spacing w:after="0" w:line="252" w:lineRule="auto"/>
            </w:pPr>
            <w:r w:rsidRPr="003459CD">
              <w:rPr>
                <w:sz w:val="18"/>
              </w:rPr>
              <w:br/>
            </w:r>
          </w:p>
        </w:tc>
      </w:tr>
    </w:tbl>
    <w:p w14:paraId="3AA9CFC8" w14:textId="013D0804" w:rsidR="00293422" w:rsidRPr="003459CD" w:rsidRDefault="00994CAE">
      <w:pPr>
        <w:pBdr>
          <w:bottom w:val="single" w:sz="6" w:space="1" w:color="8EA9C1"/>
        </w:pBdr>
        <w:spacing w:before="240" w:after="100"/>
        <w:jc w:val="center"/>
      </w:pPr>
      <w:r>
        <w:rPr>
          <w:b/>
          <w:color w:val="1D4B77"/>
          <w:sz w:val="20"/>
        </w:rPr>
        <w:t>6</w:t>
      </w:r>
      <w:r w:rsidR="004F1002" w:rsidRPr="003459CD">
        <w:rPr>
          <w:b/>
          <w:color w:val="1D4B77"/>
          <w:sz w:val="20"/>
        </w:rPr>
        <w:t>. AZIONI PREVISTE</w:t>
      </w:r>
    </w:p>
    <w:p w14:paraId="1F94FA8F" w14:textId="77777777" w:rsidR="00293422" w:rsidRPr="003459CD" w:rsidRDefault="004F1002">
      <w:pPr>
        <w:spacing w:after="80"/>
      </w:pPr>
      <w:r w:rsidRPr="003459CD">
        <w:rPr>
          <w:i/>
          <w:color w:val="505050"/>
          <w:sz w:val="17"/>
        </w:rPr>
        <w:t>Selezionare e descrivere solo le azioni effettivamente previste nel progetto territoriale. Non è necessario compilare voci non pertinenti.</w:t>
      </w:r>
    </w:p>
    <w:tbl>
      <w:tblPr>
        <w:tblW w:w="0" w:type="auto"/>
        <w:jc w:val="center"/>
        <w:tblBorders>
          <w:top w:val="single" w:sz="4" w:space="0" w:color="8EA9C1"/>
          <w:left w:val="single" w:sz="4" w:space="0" w:color="8EA9C1"/>
          <w:bottom w:val="single" w:sz="4" w:space="0" w:color="8EA9C1"/>
          <w:right w:val="single" w:sz="4" w:space="0" w:color="8EA9C1"/>
          <w:insideH w:val="single" w:sz="4" w:space="0" w:color="8EA9C1"/>
          <w:insideV w:val="single" w:sz="4" w:space="0" w:color="8EA9C1"/>
        </w:tblBorders>
        <w:tblLook w:val="04A0" w:firstRow="1" w:lastRow="0" w:firstColumn="1" w:lastColumn="0" w:noHBand="0" w:noVBand="1"/>
      </w:tblPr>
      <w:tblGrid>
        <w:gridCol w:w="2039"/>
        <w:gridCol w:w="2037"/>
        <w:gridCol w:w="2038"/>
        <w:gridCol w:w="2039"/>
        <w:gridCol w:w="2037"/>
      </w:tblGrid>
      <w:tr w:rsidR="00293422" w:rsidRPr="003459CD" w14:paraId="33000B0B" w14:textId="77777777">
        <w:trPr>
          <w:jc w:val="center"/>
        </w:trPr>
        <w:tc>
          <w:tcPr>
            <w:tcW w:w="204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5CFDB1" w14:textId="77777777" w:rsidR="00293422" w:rsidRPr="003459CD" w:rsidRDefault="004F1002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6"/>
              </w:rPr>
              <w:t>Azione/linea di intervento</w:t>
            </w:r>
          </w:p>
        </w:tc>
        <w:tc>
          <w:tcPr>
            <w:tcW w:w="204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7D3C8D" w14:textId="77777777" w:rsidR="00293422" w:rsidRPr="003459CD" w:rsidRDefault="004F1002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6"/>
              </w:rPr>
              <w:t>Prevista</w:t>
            </w:r>
          </w:p>
        </w:tc>
        <w:tc>
          <w:tcPr>
            <w:tcW w:w="204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88D179" w14:textId="77777777" w:rsidR="00293422" w:rsidRPr="003459CD" w:rsidRDefault="004F1002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6"/>
              </w:rPr>
              <w:t>Descrizione sintetica</w:t>
            </w:r>
          </w:p>
        </w:tc>
        <w:tc>
          <w:tcPr>
            <w:tcW w:w="204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D91081" w14:textId="77777777" w:rsidR="00293422" w:rsidRPr="003459CD" w:rsidRDefault="004F1002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6"/>
              </w:rPr>
              <w:t>Destinatari/Progetti di Vita interessati</w:t>
            </w:r>
          </w:p>
        </w:tc>
        <w:tc>
          <w:tcPr>
            <w:tcW w:w="204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5B2750" w14:textId="77777777" w:rsidR="00293422" w:rsidRPr="003459CD" w:rsidRDefault="004F1002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6"/>
              </w:rPr>
              <w:t>Output attesi</w:t>
            </w:r>
          </w:p>
        </w:tc>
      </w:tr>
      <w:tr w:rsidR="00293422" w:rsidRPr="003459CD" w14:paraId="61457AA5" w14:textId="77777777">
        <w:trPr>
          <w:jc w:val="center"/>
        </w:trPr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B47CD0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sz w:val="16"/>
              </w:rPr>
              <w:t>Valutazione multidimensionale e Progetto di Vita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250CE8" w14:textId="77777777" w:rsidR="00293422" w:rsidRPr="003459CD" w:rsidRDefault="004F1002">
            <w:pPr>
              <w:spacing w:after="0" w:line="252" w:lineRule="auto"/>
              <w:jc w:val="center"/>
            </w:pPr>
            <w:r w:rsidRPr="003459CD">
              <w:rPr>
                <w:sz w:val="16"/>
              </w:rPr>
              <w:t>☐ Sì</w:t>
            </w:r>
            <w:r w:rsidRPr="003459CD">
              <w:rPr>
                <w:sz w:val="16"/>
              </w:rPr>
              <w:br/>
              <w:t>☐ No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6CF5D9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20704E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813E73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</w:tr>
      <w:tr w:rsidR="00293422" w:rsidRPr="003459CD" w14:paraId="6F7B56B6" w14:textId="77777777">
        <w:trPr>
          <w:jc w:val="center"/>
        </w:trPr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7F06F9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sz w:val="16"/>
              </w:rPr>
              <w:t>Autonomia personale, sociale e relazionale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B6209" w14:textId="77777777" w:rsidR="00293422" w:rsidRPr="003459CD" w:rsidRDefault="004F1002">
            <w:pPr>
              <w:spacing w:after="0" w:line="252" w:lineRule="auto"/>
              <w:jc w:val="center"/>
            </w:pPr>
            <w:r w:rsidRPr="003459CD">
              <w:rPr>
                <w:sz w:val="16"/>
              </w:rPr>
              <w:t>☐ Sì</w:t>
            </w:r>
            <w:r w:rsidRPr="003459CD">
              <w:rPr>
                <w:sz w:val="16"/>
              </w:rPr>
              <w:br/>
              <w:t>☐ No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2CDC79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12C255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B60F71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</w:tr>
      <w:tr w:rsidR="00293422" w:rsidRPr="003459CD" w14:paraId="6B04F314" w14:textId="77777777">
        <w:trPr>
          <w:jc w:val="center"/>
        </w:trPr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BA7D46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sz w:val="16"/>
              </w:rPr>
              <w:t>Interventi educativi, socioeducativi e inclusione comunitaria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64DBB2" w14:textId="77777777" w:rsidR="00293422" w:rsidRPr="003459CD" w:rsidRDefault="004F1002">
            <w:pPr>
              <w:spacing w:after="0" w:line="252" w:lineRule="auto"/>
              <w:jc w:val="center"/>
            </w:pPr>
            <w:r w:rsidRPr="003459CD">
              <w:rPr>
                <w:sz w:val="16"/>
              </w:rPr>
              <w:t>☐ Sì</w:t>
            </w:r>
            <w:r w:rsidRPr="003459CD">
              <w:rPr>
                <w:sz w:val="16"/>
              </w:rPr>
              <w:br/>
              <w:t>☐ No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4CF967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08D808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548F28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</w:tr>
      <w:tr w:rsidR="00293422" w:rsidRPr="003459CD" w14:paraId="00E017AB" w14:textId="77777777">
        <w:trPr>
          <w:jc w:val="center"/>
        </w:trPr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EE48B7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sz w:val="16"/>
              </w:rPr>
              <w:t>Orientamento, formazione e inclusione lavorativa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687776" w14:textId="77777777" w:rsidR="00293422" w:rsidRPr="003459CD" w:rsidRDefault="004F1002">
            <w:pPr>
              <w:spacing w:after="0" w:line="252" w:lineRule="auto"/>
              <w:jc w:val="center"/>
            </w:pPr>
            <w:r w:rsidRPr="003459CD">
              <w:rPr>
                <w:sz w:val="16"/>
              </w:rPr>
              <w:t>☐ Sì</w:t>
            </w:r>
            <w:r w:rsidRPr="003459CD">
              <w:rPr>
                <w:sz w:val="16"/>
              </w:rPr>
              <w:br/>
              <w:t>☐ No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BBC1B0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022BEC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5BABF1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</w:tr>
      <w:tr w:rsidR="00293422" w:rsidRPr="003459CD" w14:paraId="31E6F099" w14:textId="77777777">
        <w:trPr>
          <w:jc w:val="center"/>
        </w:trPr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F8A9CD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sz w:val="16"/>
              </w:rPr>
              <w:t>Supporto ai nuclei familiari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96FD87" w14:textId="77777777" w:rsidR="00293422" w:rsidRPr="003459CD" w:rsidRDefault="004F1002">
            <w:pPr>
              <w:spacing w:after="0" w:line="252" w:lineRule="auto"/>
              <w:jc w:val="center"/>
            </w:pPr>
            <w:r w:rsidRPr="003459CD">
              <w:rPr>
                <w:sz w:val="16"/>
              </w:rPr>
              <w:t>☐ Sì</w:t>
            </w:r>
            <w:r w:rsidRPr="003459CD">
              <w:rPr>
                <w:sz w:val="16"/>
              </w:rPr>
              <w:br/>
              <w:t>☐ No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892A80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305BDF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415F04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</w:tr>
      <w:tr w:rsidR="00293422" w:rsidRPr="003459CD" w14:paraId="624BF9D4" w14:textId="77777777">
        <w:trPr>
          <w:jc w:val="center"/>
        </w:trPr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A8F6C0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sz w:val="16"/>
              </w:rPr>
              <w:t>Ausili, tecnologie assistive, tutoraggio e case management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0EDD13" w14:textId="77777777" w:rsidR="00293422" w:rsidRPr="003459CD" w:rsidRDefault="004F1002">
            <w:pPr>
              <w:spacing w:after="0" w:line="252" w:lineRule="auto"/>
              <w:jc w:val="center"/>
            </w:pPr>
            <w:r w:rsidRPr="003459CD">
              <w:rPr>
                <w:sz w:val="16"/>
              </w:rPr>
              <w:t>☐ Sì</w:t>
            </w:r>
            <w:r w:rsidRPr="003459CD">
              <w:rPr>
                <w:sz w:val="16"/>
              </w:rPr>
              <w:br/>
              <w:t>☐ No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43D3A8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1B9EE2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20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AB2F8D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</w:tr>
    </w:tbl>
    <w:p w14:paraId="17BC3068" w14:textId="13E5C155" w:rsidR="00293422" w:rsidRPr="003459CD" w:rsidRDefault="00E33669">
      <w:pPr>
        <w:pBdr>
          <w:bottom w:val="single" w:sz="6" w:space="1" w:color="8EA9C1"/>
        </w:pBdr>
        <w:spacing w:before="240" w:after="100"/>
        <w:jc w:val="center"/>
      </w:pPr>
      <w:r>
        <w:rPr>
          <w:b/>
          <w:color w:val="1D4B77"/>
          <w:sz w:val="20"/>
        </w:rPr>
        <w:t>7</w:t>
      </w:r>
      <w:r w:rsidR="004F1002" w:rsidRPr="003459CD">
        <w:rPr>
          <w:b/>
          <w:color w:val="1D4B77"/>
          <w:sz w:val="20"/>
        </w:rPr>
        <w:t>. MONITORAGGIO E RISULTATI ATTESI</w:t>
      </w:r>
    </w:p>
    <w:p w14:paraId="2999B8F5" w14:textId="77777777" w:rsidR="00293422" w:rsidRPr="003459CD" w:rsidRDefault="004F1002">
      <w:pPr>
        <w:spacing w:before="140" w:after="40"/>
      </w:pPr>
      <w:r w:rsidRPr="003459CD">
        <w:rPr>
          <w:b/>
          <w:color w:val="1D4B77"/>
          <w:sz w:val="18"/>
        </w:rPr>
        <w:t>Modalità di monitoraggio</w:t>
      </w:r>
    </w:p>
    <w:p w14:paraId="09596B2B" w14:textId="3B04711A" w:rsidR="00293422" w:rsidRPr="003459CD" w:rsidRDefault="004F1002">
      <w:pPr>
        <w:spacing w:after="80"/>
      </w:pPr>
      <w:r w:rsidRPr="003459CD">
        <w:rPr>
          <w:i/>
          <w:color w:val="505050"/>
          <w:sz w:val="17"/>
        </w:rPr>
        <w:t>Indicare modalità di rilevazione dei dati fisici, procedurali e finanziari, responsabilità, frequenza delle verifiche e gestione di eventuali criticità</w:t>
      </w:r>
      <w:r w:rsidR="00E33669">
        <w:rPr>
          <w:i/>
          <w:color w:val="505050"/>
          <w:sz w:val="17"/>
        </w:rPr>
        <w:t xml:space="preserve"> (MAX 1000 caratteri).</w:t>
      </w:r>
    </w:p>
    <w:tbl>
      <w:tblPr>
        <w:tblW w:w="0" w:type="auto"/>
        <w:jc w:val="center"/>
        <w:tblBorders>
          <w:top w:val="single" w:sz="4" w:space="0" w:color="8EA9C1"/>
          <w:left w:val="single" w:sz="4" w:space="0" w:color="8EA9C1"/>
          <w:bottom w:val="single" w:sz="4" w:space="0" w:color="8EA9C1"/>
          <w:right w:val="single" w:sz="4" w:space="0" w:color="8EA9C1"/>
          <w:insideH w:val="single" w:sz="4" w:space="0" w:color="8EA9C1"/>
          <w:insideV w:val="single" w:sz="4" w:space="0" w:color="8EA9C1"/>
        </w:tblBorders>
        <w:tblLook w:val="04A0" w:firstRow="1" w:lastRow="0" w:firstColumn="1" w:lastColumn="0" w:noHBand="0" w:noVBand="1"/>
      </w:tblPr>
      <w:tblGrid>
        <w:gridCol w:w="3397"/>
        <w:gridCol w:w="3396"/>
        <w:gridCol w:w="3397"/>
      </w:tblGrid>
      <w:tr w:rsidR="00293422" w:rsidRPr="003459CD" w14:paraId="7B1E2913" w14:textId="77777777">
        <w:trPr>
          <w:jc w:val="center"/>
        </w:trPr>
        <w:tc>
          <w:tcPr>
            <w:tcW w:w="10200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8B9AE7" w14:textId="77777777" w:rsidR="00AA4962" w:rsidRPr="003459CD" w:rsidRDefault="004F1002">
            <w:pPr>
              <w:spacing w:after="0" w:line="252" w:lineRule="auto"/>
              <w:rPr>
                <w:sz w:val="18"/>
              </w:rPr>
            </w:pPr>
            <w:r w:rsidRPr="003459CD">
              <w:rPr>
                <w:sz w:val="18"/>
              </w:rPr>
              <w:br/>
            </w:r>
          </w:p>
          <w:p w14:paraId="1DD35AFF" w14:textId="77777777" w:rsidR="00AA4962" w:rsidRPr="003459CD" w:rsidRDefault="00AA4962">
            <w:pPr>
              <w:spacing w:after="0" w:line="252" w:lineRule="auto"/>
              <w:rPr>
                <w:sz w:val="18"/>
              </w:rPr>
            </w:pPr>
          </w:p>
          <w:p w14:paraId="2A5BA069" w14:textId="77777777" w:rsidR="00AA4962" w:rsidRPr="003459CD" w:rsidRDefault="00AA4962">
            <w:pPr>
              <w:spacing w:after="0" w:line="252" w:lineRule="auto"/>
              <w:rPr>
                <w:sz w:val="18"/>
              </w:rPr>
            </w:pPr>
          </w:p>
          <w:p w14:paraId="75BE4484" w14:textId="77777777" w:rsidR="00AA4962" w:rsidRDefault="00AA4962">
            <w:pPr>
              <w:spacing w:after="0" w:line="252" w:lineRule="auto"/>
              <w:rPr>
                <w:sz w:val="18"/>
              </w:rPr>
            </w:pPr>
          </w:p>
          <w:p w14:paraId="592061D0" w14:textId="77777777" w:rsidR="00E33669" w:rsidRDefault="00E33669">
            <w:pPr>
              <w:spacing w:after="0" w:line="252" w:lineRule="auto"/>
              <w:rPr>
                <w:sz w:val="18"/>
              </w:rPr>
            </w:pPr>
          </w:p>
          <w:p w14:paraId="43DB7B59" w14:textId="77777777" w:rsidR="00E33669" w:rsidRPr="003459CD" w:rsidRDefault="00E33669">
            <w:pPr>
              <w:spacing w:after="0" w:line="252" w:lineRule="auto"/>
              <w:rPr>
                <w:sz w:val="18"/>
              </w:rPr>
            </w:pPr>
          </w:p>
          <w:p w14:paraId="77128101" w14:textId="77777777" w:rsidR="00AA4962" w:rsidRPr="003459CD" w:rsidRDefault="00AA4962">
            <w:pPr>
              <w:spacing w:after="0" w:line="252" w:lineRule="auto"/>
              <w:rPr>
                <w:sz w:val="18"/>
              </w:rPr>
            </w:pPr>
          </w:p>
          <w:p w14:paraId="467758D6" w14:textId="77777777" w:rsidR="00AA4962" w:rsidRPr="003459CD" w:rsidRDefault="00AA4962">
            <w:pPr>
              <w:spacing w:after="0" w:line="252" w:lineRule="auto"/>
              <w:rPr>
                <w:sz w:val="18"/>
              </w:rPr>
            </w:pPr>
          </w:p>
          <w:p w14:paraId="46711422" w14:textId="1BEBF734" w:rsidR="00293422" w:rsidRPr="003459CD" w:rsidRDefault="004F1002">
            <w:pPr>
              <w:spacing w:after="0" w:line="252" w:lineRule="auto"/>
            </w:pP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  <w:r w:rsidRPr="003459CD">
              <w:rPr>
                <w:sz w:val="18"/>
              </w:rPr>
              <w:br/>
            </w:r>
          </w:p>
        </w:tc>
      </w:tr>
      <w:tr w:rsidR="00293422" w:rsidRPr="003459CD" w14:paraId="28BF7405" w14:textId="77777777">
        <w:trPr>
          <w:jc w:val="center"/>
        </w:trPr>
        <w:tc>
          <w:tcPr>
            <w:tcW w:w="340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1ABE1B" w14:textId="77777777" w:rsidR="00293422" w:rsidRPr="003459CD" w:rsidRDefault="004F1002" w:rsidP="00B41B80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6"/>
              </w:rPr>
              <w:t>Indicatore minimo</w:t>
            </w:r>
          </w:p>
        </w:tc>
        <w:tc>
          <w:tcPr>
            <w:tcW w:w="340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67DD75" w14:textId="77777777" w:rsidR="00BA470A" w:rsidRDefault="00BA470A" w:rsidP="00B41B80">
            <w:pPr>
              <w:spacing w:after="0" w:line="252" w:lineRule="auto"/>
              <w:jc w:val="center"/>
              <w:rPr>
                <w:b/>
                <w:color w:val="1D4B77"/>
                <w:sz w:val="16"/>
              </w:rPr>
            </w:pPr>
          </w:p>
          <w:p w14:paraId="54472018" w14:textId="12D8920E" w:rsidR="00512122" w:rsidRDefault="004F1002" w:rsidP="00B41B80">
            <w:pPr>
              <w:spacing w:after="0" w:line="252" w:lineRule="auto"/>
              <w:jc w:val="center"/>
              <w:rPr>
                <w:b/>
                <w:color w:val="1D4B77"/>
                <w:sz w:val="16"/>
              </w:rPr>
            </w:pPr>
            <w:r w:rsidRPr="003459CD">
              <w:rPr>
                <w:b/>
                <w:color w:val="1D4B77"/>
                <w:sz w:val="16"/>
              </w:rPr>
              <w:t>Valore previsto</w:t>
            </w:r>
          </w:p>
          <w:p w14:paraId="4FFBE38E" w14:textId="09621552" w:rsidR="00293422" w:rsidRPr="003459CD" w:rsidRDefault="00293422" w:rsidP="00B41B80">
            <w:pPr>
              <w:spacing w:after="0" w:line="252" w:lineRule="auto"/>
              <w:jc w:val="center"/>
            </w:pPr>
          </w:p>
        </w:tc>
        <w:tc>
          <w:tcPr>
            <w:tcW w:w="340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559EF2" w14:textId="77777777" w:rsidR="00293422" w:rsidRPr="003459CD" w:rsidRDefault="004F1002" w:rsidP="00B41B80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6"/>
              </w:rPr>
              <w:t>Fonte/strumento di rilevazione</w:t>
            </w:r>
          </w:p>
        </w:tc>
      </w:tr>
      <w:tr w:rsidR="00293422" w:rsidRPr="003459CD" w14:paraId="7360DAC6" w14:textId="77777777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D2AFF1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sz w:val="16"/>
              </w:rPr>
              <w:t>Numero destinatari presi in carico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B49F5E" w14:textId="2A0B5290" w:rsidR="00293422" w:rsidRPr="006E25EB" w:rsidRDefault="004F1002">
            <w:pPr>
              <w:spacing w:after="0" w:line="252" w:lineRule="auto"/>
              <w:rPr>
                <w:i/>
                <w:color w:val="666666"/>
                <w:sz w:val="16"/>
              </w:rPr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52CBCA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</w:tr>
      <w:tr w:rsidR="00195B00" w:rsidRPr="003459CD" w14:paraId="5743D857" w14:textId="77777777" w:rsidTr="005A7D23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B82781" w14:textId="0691C23C" w:rsidR="00195B00" w:rsidRPr="00721DE9" w:rsidRDefault="00195B00" w:rsidP="00195B00">
            <w:pPr>
              <w:spacing w:after="0" w:line="252" w:lineRule="auto"/>
              <w:rPr>
                <w:sz w:val="16"/>
              </w:rPr>
            </w:pPr>
            <w:r w:rsidRPr="00721DE9">
              <w:rPr>
                <w:sz w:val="16"/>
              </w:rPr>
              <w:t>Di cui donne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D03549" w14:textId="5356F1AF" w:rsidR="00195B00" w:rsidRPr="003459CD" w:rsidRDefault="00195B00" w:rsidP="00195B00">
            <w:pPr>
              <w:spacing w:after="0" w:line="252" w:lineRule="auto"/>
              <w:rPr>
                <w:i/>
                <w:color w:val="666666"/>
                <w:sz w:val="16"/>
              </w:rPr>
            </w:pPr>
            <w:r w:rsidRPr="0070521E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991EEA" w14:textId="087C1291" w:rsidR="00195B00" w:rsidRPr="003459CD" w:rsidRDefault="00195B00" w:rsidP="00195B00">
            <w:pPr>
              <w:spacing w:after="0" w:line="252" w:lineRule="auto"/>
              <w:rPr>
                <w:i/>
                <w:color w:val="666666"/>
                <w:sz w:val="16"/>
              </w:rPr>
            </w:pPr>
            <w:r w:rsidRPr="00A32429">
              <w:rPr>
                <w:i/>
                <w:color w:val="666666"/>
                <w:sz w:val="16"/>
              </w:rPr>
              <w:t>Da compilare</w:t>
            </w:r>
          </w:p>
        </w:tc>
      </w:tr>
      <w:tr w:rsidR="00195B00" w:rsidRPr="003459CD" w14:paraId="58818377" w14:textId="77777777" w:rsidTr="005A7D23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BBC9EF" w14:textId="2EF236B2" w:rsidR="00195B00" w:rsidRPr="00721DE9" w:rsidRDefault="00195B00" w:rsidP="00195B00">
            <w:pPr>
              <w:spacing w:after="0" w:line="252" w:lineRule="auto"/>
              <w:rPr>
                <w:sz w:val="16"/>
              </w:rPr>
            </w:pPr>
            <w:r w:rsidRPr="00721DE9">
              <w:rPr>
                <w:sz w:val="16"/>
              </w:rPr>
              <w:t>Di cui uomini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3EB92E" w14:textId="4982A655" w:rsidR="00195B00" w:rsidRPr="003459CD" w:rsidRDefault="00195B00" w:rsidP="00195B00">
            <w:pPr>
              <w:spacing w:after="0" w:line="252" w:lineRule="auto"/>
              <w:rPr>
                <w:i/>
                <w:color w:val="666666"/>
                <w:sz w:val="16"/>
              </w:rPr>
            </w:pPr>
            <w:r w:rsidRPr="0070521E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52EE02" w14:textId="1AE0EC77" w:rsidR="00195B00" w:rsidRPr="003459CD" w:rsidRDefault="00195B00" w:rsidP="00195B00">
            <w:pPr>
              <w:spacing w:after="0" w:line="252" w:lineRule="auto"/>
              <w:rPr>
                <w:i/>
                <w:color w:val="666666"/>
                <w:sz w:val="16"/>
              </w:rPr>
            </w:pPr>
            <w:r w:rsidRPr="00A32429">
              <w:rPr>
                <w:i/>
                <w:color w:val="666666"/>
                <w:sz w:val="16"/>
              </w:rPr>
              <w:t>Da compilare</w:t>
            </w:r>
          </w:p>
        </w:tc>
      </w:tr>
      <w:tr w:rsidR="00195B00" w:rsidRPr="003459CD" w14:paraId="4F7EC052" w14:textId="77777777" w:rsidTr="005A7D23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E4AC78" w14:textId="2185C733" w:rsidR="00195B00" w:rsidRPr="00721DE9" w:rsidRDefault="00195B00" w:rsidP="00195B00">
            <w:pPr>
              <w:spacing w:after="0" w:line="252" w:lineRule="auto"/>
              <w:rPr>
                <w:sz w:val="16"/>
              </w:rPr>
            </w:pPr>
            <w:r w:rsidRPr="00721DE9">
              <w:rPr>
                <w:sz w:val="16"/>
              </w:rPr>
              <w:t>Di cui persone non binarie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B94FDD" w14:textId="3433E9F7" w:rsidR="00195B00" w:rsidRPr="003459CD" w:rsidRDefault="00195B00" w:rsidP="00195B00">
            <w:pPr>
              <w:spacing w:after="0" w:line="252" w:lineRule="auto"/>
              <w:rPr>
                <w:i/>
                <w:color w:val="666666"/>
                <w:sz w:val="16"/>
              </w:rPr>
            </w:pPr>
            <w:r w:rsidRPr="0070521E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3983B7" w14:textId="41DC5604" w:rsidR="00195B00" w:rsidRPr="003459CD" w:rsidRDefault="00195B00" w:rsidP="00195B00">
            <w:pPr>
              <w:spacing w:after="0" w:line="252" w:lineRule="auto"/>
              <w:rPr>
                <w:i/>
                <w:color w:val="666666"/>
                <w:sz w:val="16"/>
              </w:rPr>
            </w:pPr>
            <w:r w:rsidRPr="00A32429">
              <w:rPr>
                <w:i/>
                <w:color w:val="666666"/>
                <w:sz w:val="16"/>
              </w:rPr>
              <w:t>Da compilare</w:t>
            </w:r>
          </w:p>
        </w:tc>
      </w:tr>
      <w:tr w:rsidR="00195B00" w:rsidRPr="003459CD" w14:paraId="111A7479" w14:textId="77777777" w:rsidTr="005A7D23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1BE81C" w14:textId="27E4CE0A" w:rsidR="00195B00" w:rsidRPr="00721DE9" w:rsidRDefault="00195B00" w:rsidP="00195B00">
            <w:pPr>
              <w:spacing w:after="0" w:line="252" w:lineRule="auto"/>
              <w:rPr>
                <w:sz w:val="16"/>
              </w:rPr>
            </w:pPr>
            <w:r w:rsidRPr="00721DE9">
              <w:rPr>
                <w:sz w:val="16"/>
              </w:rPr>
              <w:t>Totale Maggiorenni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A44208" w14:textId="46A36F76" w:rsidR="00195B00" w:rsidRPr="003459CD" w:rsidRDefault="00195B00" w:rsidP="00195B00">
            <w:pPr>
              <w:spacing w:after="0" w:line="252" w:lineRule="auto"/>
              <w:rPr>
                <w:i/>
                <w:color w:val="666666"/>
                <w:sz w:val="16"/>
              </w:rPr>
            </w:pPr>
            <w:r w:rsidRPr="0070521E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85E7CD" w14:textId="3CDCA78D" w:rsidR="00195B00" w:rsidRPr="003459CD" w:rsidRDefault="00195B00" w:rsidP="00195B00">
            <w:pPr>
              <w:spacing w:after="0" w:line="252" w:lineRule="auto"/>
              <w:rPr>
                <w:i/>
                <w:color w:val="666666"/>
                <w:sz w:val="16"/>
              </w:rPr>
            </w:pPr>
            <w:r w:rsidRPr="00A32429">
              <w:rPr>
                <w:i/>
                <w:color w:val="666666"/>
                <w:sz w:val="16"/>
              </w:rPr>
              <w:t>Da compilare</w:t>
            </w:r>
          </w:p>
        </w:tc>
      </w:tr>
      <w:tr w:rsidR="00195B00" w:rsidRPr="003459CD" w14:paraId="25894070" w14:textId="77777777" w:rsidTr="005A7D23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99DDA2" w14:textId="406E8AA8" w:rsidR="00195B00" w:rsidRPr="00721DE9" w:rsidRDefault="00195B00" w:rsidP="00195B00">
            <w:pPr>
              <w:spacing w:after="0" w:line="252" w:lineRule="auto"/>
              <w:rPr>
                <w:sz w:val="16"/>
              </w:rPr>
            </w:pPr>
            <w:r w:rsidRPr="00721DE9">
              <w:rPr>
                <w:sz w:val="16"/>
              </w:rPr>
              <w:t>Totale Minorenni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D845A7" w14:textId="06F7EDB1" w:rsidR="00195B00" w:rsidRPr="003459CD" w:rsidRDefault="00195B00" w:rsidP="00195B00">
            <w:pPr>
              <w:spacing w:after="0" w:line="252" w:lineRule="auto"/>
              <w:rPr>
                <w:i/>
                <w:color w:val="666666"/>
                <w:sz w:val="16"/>
              </w:rPr>
            </w:pPr>
            <w:r w:rsidRPr="0070521E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F4DB2E" w14:textId="7814ACBA" w:rsidR="00195B00" w:rsidRPr="003459CD" w:rsidRDefault="00195B00" w:rsidP="00195B00">
            <w:pPr>
              <w:spacing w:after="0" w:line="252" w:lineRule="auto"/>
              <w:rPr>
                <w:i/>
                <w:color w:val="666666"/>
                <w:sz w:val="16"/>
              </w:rPr>
            </w:pPr>
            <w:r w:rsidRPr="00A32429">
              <w:rPr>
                <w:i/>
                <w:color w:val="666666"/>
                <w:sz w:val="16"/>
              </w:rPr>
              <w:t>Da compilare</w:t>
            </w:r>
          </w:p>
        </w:tc>
      </w:tr>
      <w:tr w:rsidR="00195B00" w:rsidRPr="003459CD" w14:paraId="6E902992" w14:textId="77777777" w:rsidTr="005A7D23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C1BFEA" w14:textId="481B1C37" w:rsidR="00195B00" w:rsidRPr="00721DE9" w:rsidRDefault="00195B00" w:rsidP="00195B00">
            <w:pPr>
              <w:spacing w:after="0" w:line="252" w:lineRule="auto"/>
              <w:rPr>
                <w:sz w:val="16"/>
              </w:rPr>
            </w:pPr>
            <w:r w:rsidRPr="00721DE9">
              <w:rPr>
                <w:sz w:val="16"/>
              </w:rPr>
              <w:t>Titolo di Studio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EC7975" w14:textId="70666163" w:rsidR="00195B00" w:rsidRPr="003459CD" w:rsidRDefault="00195B00" w:rsidP="00195B00">
            <w:pPr>
              <w:spacing w:after="0" w:line="252" w:lineRule="auto"/>
              <w:rPr>
                <w:i/>
                <w:color w:val="666666"/>
                <w:sz w:val="16"/>
              </w:rPr>
            </w:pPr>
            <w:r w:rsidRPr="0070521E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FC4FD9" w14:textId="4C3359F9" w:rsidR="00195B00" w:rsidRPr="003459CD" w:rsidRDefault="00195B00" w:rsidP="00195B00">
            <w:pPr>
              <w:spacing w:after="0" w:line="252" w:lineRule="auto"/>
              <w:rPr>
                <w:i/>
                <w:color w:val="666666"/>
                <w:sz w:val="16"/>
              </w:rPr>
            </w:pPr>
            <w:r w:rsidRPr="00A32429">
              <w:rPr>
                <w:i/>
                <w:color w:val="666666"/>
                <w:sz w:val="16"/>
              </w:rPr>
              <w:t>Da compilare</w:t>
            </w:r>
          </w:p>
        </w:tc>
      </w:tr>
      <w:tr w:rsidR="00195B00" w:rsidRPr="003459CD" w14:paraId="3F9DE2D0" w14:textId="77777777" w:rsidTr="005A7D23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C43B08" w14:textId="1334867D" w:rsidR="00195B00" w:rsidRPr="00721DE9" w:rsidRDefault="00195B00" w:rsidP="00195B00">
            <w:pPr>
              <w:spacing w:after="0" w:line="252" w:lineRule="auto"/>
              <w:rPr>
                <w:sz w:val="16"/>
              </w:rPr>
            </w:pPr>
            <w:r w:rsidRPr="00721DE9">
              <w:rPr>
                <w:sz w:val="16"/>
              </w:rPr>
              <w:t>Stato Occupazionale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19906C" w14:textId="22B2F4C0" w:rsidR="00195B00" w:rsidRPr="003459CD" w:rsidRDefault="00195B00" w:rsidP="00195B00">
            <w:pPr>
              <w:spacing w:after="0" w:line="252" w:lineRule="auto"/>
              <w:rPr>
                <w:i/>
                <w:color w:val="666666"/>
                <w:sz w:val="16"/>
              </w:rPr>
            </w:pPr>
            <w:r w:rsidRPr="0070521E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EC67C5E" w14:textId="690F8FC7" w:rsidR="00195B00" w:rsidRPr="003459CD" w:rsidRDefault="00195B00" w:rsidP="00195B00">
            <w:pPr>
              <w:spacing w:after="0" w:line="252" w:lineRule="auto"/>
              <w:rPr>
                <w:i/>
                <w:color w:val="666666"/>
                <w:sz w:val="16"/>
              </w:rPr>
            </w:pPr>
            <w:r w:rsidRPr="00A32429">
              <w:rPr>
                <w:i/>
                <w:color w:val="666666"/>
                <w:sz w:val="16"/>
              </w:rPr>
              <w:t>Da compilare</w:t>
            </w:r>
          </w:p>
        </w:tc>
      </w:tr>
      <w:tr w:rsidR="00293422" w:rsidRPr="003459CD" w14:paraId="568BF742" w14:textId="77777777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B5C853" w14:textId="569229AF" w:rsidR="00293422" w:rsidRPr="003459CD" w:rsidRDefault="004F1002">
            <w:pPr>
              <w:spacing w:after="0" w:line="252" w:lineRule="auto"/>
            </w:pPr>
            <w:r w:rsidRPr="003459CD">
              <w:rPr>
                <w:sz w:val="16"/>
              </w:rPr>
              <w:t xml:space="preserve">Numero Progetti di Vita </w:t>
            </w:r>
            <w:r w:rsidR="0093583E">
              <w:rPr>
                <w:sz w:val="16"/>
              </w:rPr>
              <w:t>previsti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D315A9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F2B164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</w:tr>
      <w:tr w:rsidR="00293422" w:rsidRPr="003459CD" w14:paraId="5E0E5419" w14:textId="77777777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951EE3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sz w:val="16"/>
              </w:rPr>
              <w:t>Numero nuclei familiari coinvolti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CED337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89BC6C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</w:tr>
      <w:tr w:rsidR="00293422" w:rsidRPr="003459CD" w14:paraId="4BF7786A" w14:textId="77777777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BD2D41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sz w:val="16"/>
              </w:rPr>
              <w:t>Principali risultati attesi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7DFF38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B4AA56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</w:tr>
      <w:tr w:rsidR="00721DE9" w:rsidRPr="003459CD" w14:paraId="0D9304C4" w14:textId="77777777">
        <w:trPr>
          <w:jc w:val="center"/>
        </w:trPr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13BAB2" w14:textId="77777777" w:rsidR="00721DE9" w:rsidRPr="003459CD" w:rsidRDefault="00721DE9" w:rsidP="00721DE9">
            <w:pPr>
              <w:spacing w:after="0" w:line="252" w:lineRule="auto"/>
              <w:rPr>
                <w:sz w:val="16"/>
              </w:rPr>
            </w:pP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EE2D55" w14:textId="77777777" w:rsidR="00721DE9" w:rsidRPr="003459CD" w:rsidRDefault="00721DE9">
            <w:pPr>
              <w:spacing w:after="0" w:line="252" w:lineRule="auto"/>
              <w:rPr>
                <w:i/>
                <w:color w:val="666666"/>
                <w:sz w:val="16"/>
              </w:rPr>
            </w:pPr>
          </w:p>
        </w:tc>
        <w:tc>
          <w:tcPr>
            <w:tcW w:w="34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4DFA96" w14:textId="77777777" w:rsidR="00721DE9" w:rsidRPr="003459CD" w:rsidRDefault="00721DE9">
            <w:pPr>
              <w:spacing w:after="0" w:line="252" w:lineRule="auto"/>
              <w:rPr>
                <w:i/>
                <w:color w:val="666666"/>
                <w:sz w:val="16"/>
              </w:rPr>
            </w:pPr>
          </w:p>
        </w:tc>
      </w:tr>
    </w:tbl>
    <w:p w14:paraId="75259A7C" w14:textId="77777777" w:rsidR="00293422" w:rsidRPr="003459CD" w:rsidRDefault="00293422">
      <w:pPr>
        <w:sectPr w:rsidR="00293422" w:rsidRPr="003459CD">
          <w:headerReference w:type="default" r:id="rId8"/>
          <w:footerReference w:type="default" r:id="rId9"/>
          <w:pgSz w:w="12240" w:h="15840"/>
          <w:pgMar w:top="1020" w:right="1020" w:bottom="1020" w:left="1020" w:header="720" w:footer="720" w:gutter="0"/>
          <w:cols w:space="720"/>
          <w:docGrid w:linePitch="360"/>
        </w:sectPr>
      </w:pPr>
    </w:p>
    <w:p w14:paraId="3EA47857" w14:textId="26204DF0" w:rsidR="00293422" w:rsidRPr="003459CD" w:rsidRDefault="00451D69">
      <w:pPr>
        <w:pBdr>
          <w:bottom w:val="single" w:sz="6" w:space="1" w:color="8EA9C1"/>
        </w:pBdr>
        <w:spacing w:before="240" w:after="100"/>
        <w:jc w:val="center"/>
      </w:pPr>
      <w:r>
        <w:rPr>
          <w:b/>
          <w:color w:val="1D4B77"/>
          <w:sz w:val="20"/>
        </w:rPr>
        <w:t>8</w:t>
      </w:r>
      <w:r w:rsidR="004F1002" w:rsidRPr="003459CD">
        <w:rPr>
          <w:b/>
          <w:color w:val="1D4B77"/>
          <w:sz w:val="20"/>
        </w:rPr>
        <w:t>. CRONOPROGRAMMA DELLE ATTIVITÀ</w:t>
      </w:r>
    </w:p>
    <w:p w14:paraId="46A96DA8" w14:textId="77777777" w:rsidR="00293422" w:rsidRPr="003459CD" w:rsidRDefault="004F1002">
      <w:pPr>
        <w:spacing w:after="80"/>
      </w:pPr>
      <w:r w:rsidRPr="003459CD">
        <w:rPr>
          <w:i/>
          <w:color w:val="505050"/>
          <w:sz w:val="17"/>
        </w:rPr>
        <w:t>Indicare l’articolazione temporale delle attività nell’arco dei 24 mesi di durata dell’intervento. Compilare con X i mesi interessati.</w:t>
      </w:r>
    </w:p>
    <w:tbl>
      <w:tblPr>
        <w:tblW w:w="0" w:type="auto"/>
        <w:jc w:val="center"/>
        <w:tblBorders>
          <w:top w:val="single" w:sz="4" w:space="0" w:color="8EA9C1"/>
          <w:left w:val="single" w:sz="4" w:space="0" w:color="8EA9C1"/>
          <w:bottom w:val="single" w:sz="4" w:space="0" w:color="8EA9C1"/>
          <w:right w:val="single" w:sz="4" w:space="0" w:color="8EA9C1"/>
          <w:insideH w:val="single" w:sz="4" w:space="0" w:color="8EA9C1"/>
          <w:insideV w:val="single" w:sz="4" w:space="0" w:color="8EA9C1"/>
        </w:tblBorders>
        <w:tblLook w:val="04A0" w:firstRow="1" w:lastRow="0" w:firstColumn="1" w:lastColumn="0" w:noHBand="0" w:noVBand="1"/>
      </w:tblPr>
      <w:tblGrid>
        <w:gridCol w:w="1302"/>
        <w:gridCol w:w="501"/>
        <w:gridCol w:w="501"/>
        <w:gridCol w:w="500"/>
        <w:gridCol w:w="500"/>
        <w:gridCol w:w="500"/>
        <w:gridCol w:w="500"/>
        <w:gridCol w:w="500"/>
        <w:gridCol w:w="500"/>
        <w:gridCol w:w="500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</w:tblGrid>
      <w:tr w:rsidR="00A646B1" w:rsidRPr="003459CD" w14:paraId="76E2E346" w14:textId="77777777" w:rsidTr="00A646B1">
        <w:trPr>
          <w:jc w:val="center"/>
        </w:trPr>
        <w:tc>
          <w:tcPr>
            <w:tcW w:w="1302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E0ADE1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5"/>
              </w:rPr>
              <w:t>Attività</w:t>
            </w:r>
          </w:p>
        </w:tc>
        <w:tc>
          <w:tcPr>
            <w:tcW w:w="501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0A0F97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1</w:t>
            </w:r>
          </w:p>
        </w:tc>
        <w:tc>
          <w:tcPr>
            <w:tcW w:w="501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0508C0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2</w:t>
            </w:r>
          </w:p>
        </w:tc>
        <w:tc>
          <w:tcPr>
            <w:tcW w:w="50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2D5FA6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3</w:t>
            </w:r>
          </w:p>
        </w:tc>
        <w:tc>
          <w:tcPr>
            <w:tcW w:w="50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BB627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4</w:t>
            </w:r>
          </w:p>
        </w:tc>
        <w:tc>
          <w:tcPr>
            <w:tcW w:w="50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BD05C9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5</w:t>
            </w:r>
          </w:p>
        </w:tc>
        <w:tc>
          <w:tcPr>
            <w:tcW w:w="50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93BD58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6</w:t>
            </w:r>
          </w:p>
        </w:tc>
        <w:tc>
          <w:tcPr>
            <w:tcW w:w="50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D3C431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7</w:t>
            </w:r>
          </w:p>
        </w:tc>
        <w:tc>
          <w:tcPr>
            <w:tcW w:w="50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1A62DD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8</w:t>
            </w:r>
          </w:p>
        </w:tc>
        <w:tc>
          <w:tcPr>
            <w:tcW w:w="500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4FBB08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9</w:t>
            </w:r>
          </w:p>
        </w:tc>
        <w:tc>
          <w:tcPr>
            <w:tcW w:w="507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C720C3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10</w:t>
            </w:r>
          </w:p>
        </w:tc>
        <w:tc>
          <w:tcPr>
            <w:tcW w:w="507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40A03F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11</w:t>
            </w:r>
          </w:p>
        </w:tc>
        <w:tc>
          <w:tcPr>
            <w:tcW w:w="507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506EB3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12</w:t>
            </w:r>
          </w:p>
        </w:tc>
        <w:tc>
          <w:tcPr>
            <w:tcW w:w="507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B38C63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13</w:t>
            </w:r>
          </w:p>
        </w:tc>
        <w:tc>
          <w:tcPr>
            <w:tcW w:w="507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1D971E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14</w:t>
            </w:r>
          </w:p>
        </w:tc>
        <w:tc>
          <w:tcPr>
            <w:tcW w:w="507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3B3BFB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15</w:t>
            </w:r>
          </w:p>
        </w:tc>
        <w:tc>
          <w:tcPr>
            <w:tcW w:w="507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78DD1B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16</w:t>
            </w:r>
          </w:p>
        </w:tc>
        <w:tc>
          <w:tcPr>
            <w:tcW w:w="507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C7353E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17</w:t>
            </w:r>
          </w:p>
        </w:tc>
        <w:tc>
          <w:tcPr>
            <w:tcW w:w="507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525C99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18</w:t>
            </w:r>
          </w:p>
        </w:tc>
        <w:tc>
          <w:tcPr>
            <w:tcW w:w="507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B72197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19</w:t>
            </w:r>
          </w:p>
        </w:tc>
        <w:tc>
          <w:tcPr>
            <w:tcW w:w="507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9066AF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20</w:t>
            </w:r>
          </w:p>
        </w:tc>
        <w:tc>
          <w:tcPr>
            <w:tcW w:w="507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C036B1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21</w:t>
            </w:r>
          </w:p>
        </w:tc>
        <w:tc>
          <w:tcPr>
            <w:tcW w:w="507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FF0C86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22</w:t>
            </w:r>
          </w:p>
        </w:tc>
        <w:tc>
          <w:tcPr>
            <w:tcW w:w="507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9063FE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23</w:t>
            </w:r>
          </w:p>
        </w:tc>
        <w:tc>
          <w:tcPr>
            <w:tcW w:w="507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58F60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4"/>
              </w:rPr>
              <w:t>24</w:t>
            </w:r>
          </w:p>
        </w:tc>
      </w:tr>
      <w:tr w:rsidR="00A646B1" w:rsidRPr="003459CD" w14:paraId="0331EBE7" w14:textId="77777777" w:rsidTr="00A646B1">
        <w:trPr>
          <w:jc w:val="center"/>
        </w:trPr>
        <w:tc>
          <w:tcPr>
            <w:tcW w:w="13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35DCE0" w14:textId="77777777" w:rsidR="00A646B1" w:rsidRPr="003459CD" w:rsidRDefault="00A646B1">
            <w:pPr>
              <w:spacing w:after="0" w:line="252" w:lineRule="auto"/>
            </w:pPr>
            <w:r w:rsidRPr="003459CD">
              <w:rPr>
                <w:sz w:val="14"/>
              </w:rPr>
              <w:t>Avvio e organizzazione</w:t>
            </w:r>
          </w:p>
        </w:tc>
        <w:tc>
          <w:tcPr>
            <w:tcW w:w="5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7FDA8B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EFF623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C28F6F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054C53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4DCC12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9A7FB2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218922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96C368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D32F6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CDFB86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37289B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1DB5D9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D6234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13D4F3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DD41AD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2D43B0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8ABFD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EE22D3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BAC754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7DB0B7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F13619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B519D9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AD7F9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04760E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</w:tr>
      <w:tr w:rsidR="00A646B1" w:rsidRPr="003459CD" w14:paraId="0F28EAB9" w14:textId="77777777" w:rsidTr="00A646B1">
        <w:trPr>
          <w:jc w:val="center"/>
        </w:trPr>
        <w:tc>
          <w:tcPr>
            <w:tcW w:w="13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33B737" w14:textId="77777777" w:rsidR="00A646B1" w:rsidRPr="003459CD" w:rsidRDefault="00A646B1">
            <w:pPr>
              <w:spacing w:after="0" w:line="252" w:lineRule="auto"/>
            </w:pPr>
            <w:r w:rsidRPr="003459CD">
              <w:rPr>
                <w:sz w:val="14"/>
              </w:rPr>
              <w:t>Individuazione destinatari e presa in carico</w:t>
            </w:r>
          </w:p>
        </w:tc>
        <w:tc>
          <w:tcPr>
            <w:tcW w:w="5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07583A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D09052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3D7F2B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44653E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ECE672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5184F8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670AF7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1C7CA7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E6BAC2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975EC6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1B918B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AB6380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1515D1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F2D78E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443A40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7B9704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5D78A1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E97BDA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4118FC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685DA0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DCBA68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E82E9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4FB4E9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DC43FC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</w:tr>
      <w:tr w:rsidR="00A646B1" w:rsidRPr="003459CD" w14:paraId="58932393" w14:textId="77777777" w:rsidTr="00A646B1">
        <w:trPr>
          <w:jc w:val="center"/>
        </w:trPr>
        <w:tc>
          <w:tcPr>
            <w:tcW w:w="13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C17C52" w14:textId="77777777" w:rsidR="00A646B1" w:rsidRPr="003459CD" w:rsidRDefault="00A646B1">
            <w:pPr>
              <w:spacing w:after="0" w:line="252" w:lineRule="auto"/>
            </w:pPr>
            <w:r w:rsidRPr="003459CD">
              <w:rPr>
                <w:sz w:val="14"/>
              </w:rPr>
              <w:t>Valutazione multidimensionale e Progetti di Vita</w:t>
            </w:r>
          </w:p>
        </w:tc>
        <w:tc>
          <w:tcPr>
            <w:tcW w:w="5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0BEF61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EB21EC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8131BA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5D81FD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50A372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9B32C4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F767D7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57666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FFE884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87CFCA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3B6F4C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297434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5BAE3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370464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B041B3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D553E8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00CA11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54BF6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3F8200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6AFA96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1C3C5D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447687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840278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5F7EE0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</w:tr>
      <w:tr w:rsidR="00A646B1" w:rsidRPr="003459CD" w14:paraId="29C3753F" w14:textId="77777777" w:rsidTr="00A646B1">
        <w:trPr>
          <w:jc w:val="center"/>
        </w:trPr>
        <w:tc>
          <w:tcPr>
            <w:tcW w:w="13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C8B431" w14:textId="77777777" w:rsidR="00A646B1" w:rsidRPr="003459CD" w:rsidRDefault="00A646B1">
            <w:pPr>
              <w:spacing w:after="0" w:line="252" w:lineRule="auto"/>
            </w:pPr>
            <w:r w:rsidRPr="003459CD">
              <w:rPr>
                <w:sz w:val="14"/>
              </w:rPr>
              <w:t>Attuazione azioni personalizzate</w:t>
            </w:r>
          </w:p>
        </w:tc>
        <w:tc>
          <w:tcPr>
            <w:tcW w:w="5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9424C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538097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7917B1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8EBE4A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26E052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786F8C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5C2BD2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09E897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2C9F67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EC153F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F80222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7689BA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8E60F6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2AA6A4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47C35C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1E7BD6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818B4D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C9B22F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C58B2B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78BF26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49D611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A62C07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F4114A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480A6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</w:tr>
      <w:tr w:rsidR="00A646B1" w:rsidRPr="003459CD" w14:paraId="1116FD2F" w14:textId="77777777" w:rsidTr="00A646B1">
        <w:trPr>
          <w:jc w:val="center"/>
        </w:trPr>
        <w:tc>
          <w:tcPr>
            <w:tcW w:w="13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75C056" w14:textId="77777777" w:rsidR="00A646B1" w:rsidRPr="003459CD" w:rsidRDefault="00A646B1">
            <w:pPr>
              <w:spacing w:after="0" w:line="252" w:lineRule="auto"/>
            </w:pPr>
            <w:r w:rsidRPr="003459CD">
              <w:rPr>
                <w:sz w:val="14"/>
              </w:rPr>
              <w:t>Monitoraggio e verifiche intermedie</w:t>
            </w:r>
          </w:p>
        </w:tc>
        <w:tc>
          <w:tcPr>
            <w:tcW w:w="5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0F488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A1E769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379777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BA6E80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2DD5CE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70073E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D2B356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36AD9B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AED21A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BEEB2A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507B2E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92742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7E8084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150FF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121932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5D8249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5BEC4E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85589B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A51E3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84A050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06D45D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0DA93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2143A7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2D18A3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</w:tr>
      <w:tr w:rsidR="00A646B1" w:rsidRPr="003459CD" w14:paraId="355245A1" w14:textId="77777777" w:rsidTr="00A646B1">
        <w:trPr>
          <w:jc w:val="center"/>
        </w:trPr>
        <w:tc>
          <w:tcPr>
            <w:tcW w:w="13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FBB0FE" w14:textId="77777777" w:rsidR="00A646B1" w:rsidRPr="003459CD" w:rsidRDefault="00A646B1">
            <w:pPr>
              <w:spacing w:after="0" w:line="252" w:lineRule="auto"/>
            </w:pPr>
            <w:r w:rsidRPr="003459CD">
              <w:rPr>
                <w:sz w:val="14"/>
              </w:rPr>
              <w:t>Chiusura, relazione finale e rendicontazione</w:t>
            </w:r>
          </w:p>
        </w:tc>
        <w:tc>
          <w:tcPr>
            <w:tcW w:w="5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F951CE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C422E7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7BD44D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8C8CC1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00887A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808B49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6C36A1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78806D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E3A972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E837B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ADE490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261890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894B9D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26B740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50FDC5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246182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BD8421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2BFE6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08D98F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8F184B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A3CAD1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A87809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11CF61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  <w:tc>
          <w:tcPr>
            <w:tcW w:w="50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4D9B79" w14:textId="77777777" w:rsidR="00A646B1" w:rsidRPr="003459CD" w:rsidRDefault="00A646B1">
            <w:pPr>
              <w:spacing w:after="0" w:line="252" w:lineRule="auto"/>
              <w:jc w:val="center"/>
            </w:pPr>
            <w:r w:rsidRPr="003459CD">
              <w:rPr>
                <w:sz w:val="14"/>
              </w:rPr>
              <w:t>☐</w:t>
            </w:r>
          </w:p>
        </w:tc>
      </w:tr>
    </w:tbl>
    <w:p w14:paraId="3045EEB5" w14:textId="77777777" w:rsidR="00293422" w:rsidRPr="003459CD" w:rsidRDefault="00293422">
      <w:pPr>
        <w:sectPr w:rsidR="00293422" w:rsidRPr="003459CD">
          <w:pgSz w:w="15840" w:h="12240" w:orient="landscape"/>
          <w:pgMar w:top="794" w:right="794" w:bottom="794" w:left="794" w:header="720" w:footer="720" w:gutter="0"/>
          <w:cols w:space="720"/>
          <w:docGrid w:linePitch="360"/>
        </w:sectPr>
      </w:pPr>
    </w:p>
    <w:p w14:paraId="05E35898" w14:textId="00FD1038" w:rsidR="00293422" w:rsidRPr="003459CD" w:rsidRDefault="00A42DD4">
      <w:pPr>
        <w:pBdr>
          <w:bottom w:val="single" w:sz="6" w:space="1" w:color="8EA9C1"/>
        </w:pBdr>
        <w:spacing w:before="240" w:after="100"/>
        <w:jc w:val="center"/>
      </w:pPr>
      <w:r>
        <w:rPr>
          <w:b/>
          <w:color w:val="1D4B77"/>
          <w:sz w:val="20"/>
        </w:rPr>
        <w:t>9</w:t>
      </w:r>
      <w:r w:rsidR="004F1002" w:rsidRPr="003459CD">
        <w:rPr>
          <w:b/>
          <w:color w:val="1D4B77"/>
          <w:sz w:val="20"/>
        </w:rPr>
        <w:t xml:space="preserve">. </w:t>
      </w:r>
      <w:r w:rsidR="0093789A">
        <w:rPr>
          <w:b/>
          <w:color w:val="1D4B77"/>
          <w:sz w:val="20"/>
        </w:rPr>
        <w:t>PREVISIONE DI SPESA</w:t>
      </w:r>
    </w:p>
    <w:p w14:paraId="7DCA7397" w14:textId="7857C6CA" w:rsidR="00293422" w:rsidRPr="003459CD" w:rsidRDefault="004F1002">
      <w:pPr>
        <w:spacing w:after="80"/>
      </w:pPr>
      <w:r w:rsidRPr="003459CD">
        <w:rPr>
          <w:i/>
          <w:color w:val="505050"/>
          <w:sz w:val="17"/>
        </w:rPr>
        <w:t xml:space="preserve">Il dettaglio analitico dei costi deve essere riportato </w:t>
      </w:r>
      <w:r w:rsidR="009E66FE">
        <w:rPr>
          <w:i/>
          <w:color w:val="505050"/>
          <w:sz w:val="17"/>
        </w:rPr>
        <w:t>nel</w:t>
      </w:r>
      <w:r w:rsidRPr="003459CD">
        <w:rPr>
          <w:i/>
          <w:color w:val="505050"/>
          <w:sz w:val="17"/>
        </w:rPr>
        <w:t xml:space="preserve"> Quadro economico di progetto. La presente sezione ha solo funzione di raccordo sintetico.</w:t>
      </w:r>
    </w:p>
    <w:tbl>
      <w:tblPr>
        <w:tblW w:w="0" w:type="auto"/>
        <w:jc w:val="center"/>
        <w:tblBorders>
          <w:top w:val="single" w:sz="4" w:space="0" w:color="8EA9C1"/>
          <w:left w:val="single" w:sz="4" w:space="0" w:color="8EA9C1"/>
          <w:bottom w:val="single" w:sz="4" w:space="0" w:color="8EA9C1"/>
          <w:right w:val="single" w:sz="4" w:space="0" w:color="8EA9C1"/>
          <w:insideH w:val="single" w:sz="4" w:space="0" w:color="8EA9C1"/>
          <w:insideV w:val="single" w:sz="4" w:space="0" w:color="8EA9C1"/>
        </w:tblBorders>
        <w:tblLook w:val="04A0" w:firstRow="1" w:lastRow="0" w:firstColumn="1" w:lastColumn="0" w:noHBand="0" w:noVBand="1"/>
      </w:tblPr>
      <w:tblGrid>
        <w:gridCol w:w="3286"/>
        <w:gridCol w:w="3285"/>
        <w:gridCol w:w="3285"/>
      </w:tblGrid>
      <w:tr w:rsidR="00293422" w:rsidRPr="003459CD" w14:paraId="52187C3A" w14:textId="77777777">
        <w:trPr>
          <w:jc w:val="center"/>
        </w:trPr>
        <w:tc>
          <w:tcPr>
            <w:tcW w:w="3289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C166C8" w14:textId="77777777" w:rsidR="00293422" w:rsidRPr="003459CD" w:rsidRDefault="004F1002">
            <w:pPr>
              <w:spacing w:after="0" w:line="252" w:lineRule="auto"/>
              <w:jc w:val="center"/>
            </w:pPr>
            <w:proofErr w:type="spellStart"/>
            <w:r w:rsidRPr="003459CD">
              <w:rPr>
                <w:b/>
                <w:color w:val="1D4B77"/>
                <w:sz w:val="16"/>
              </w:rPr>
              <w:t>Macrovoce</w:t>
            </w:r>
            <w:proofErr w:type="spellEnd"/>
          </w:p>
        </w:tc>
        <w:tc>
          <w:tcPr>
            <w:tcW w:w="3289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90FB78" w14:textId="77777777" w:rsidR="00293422" w:rsidRPr="003459CD" w:rsidRDefault="004F1002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6"/>
              </w:rPr>
              <w:t>Importo previsto</w:t>
            </w:r>
          </w:p>
        </w:tc>
        <w:tc>
          <w:tcPr>
            <w:tcW w:w="3289" w:type="dxa"/>
            <w:shd w:val="clear" w:color="auto" w:fill="EAF1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0C0B3F" w14:textId="77777777" w:rsidR="00293422" w:rsidRPr="003459CD" w:rsidRDefault="004F1002">
            <w:pPr>
              <w:spacing w:after="0" w:line="252" w:lineRule="auto"/>
              <w:jc w:val="center"/>
            </w:pPr>
            <w:r w:rsidRPr="003459CD">
              <w:rPr>
                <w:b/>
                <w:color w:val="1D4B77"/>
                <w:sz w:val="16"/>
              </w:rPr>
              <w:t>Note di coerenza con le attività</w:t>
            </w:r>
          </w:p>
        </w:tc>
      </w:tr>
      <w:tr w:rsidR="00293422" w:rsidRPr="003459CD" w14:paraId="66D5AC74" w14:textId="77777777">
        <w:trPr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629F28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sz w:val="16"/>
              </w:rPr>
              <w:t>Azioni dirette rivolte ai destinatari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806C17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BF8ECB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</w:tr>
      <w:tr w:rsidR="00293422" w:rsidRPr="003459CD" w14:paraId="24D4C310" w14:textId="77777777">
        <w:trPr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45CC83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sz w:val="16"/>
              </w:rPr>
              <w:t>Gestione, coordinamento, monitoraggio e rendicontazione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C3866C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08A5FD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</w:tr>
      <w:tr w:rsidR="00293422" w:rsidRPr="003459CD" w14:paraId="30B5CEED" w14:textId="77777777">
        <w:trPr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4C02B9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sz w:val="16"/>
              </w:rPr>
              <w:t>Altre spese ammissibili previste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1138BE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BA9A15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</w:tr>
      <w:tr w:rsidR="00293422" w:rsidRPr="003459CD" w14:paraId="5461E48F" w14:textId="77777777">
        <w:trPr>
          <w:jc w:val="center"/>
        </w:trPr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D035E2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sz w:val="16"/>
              </w:rPr>
              <w:t>Totale progetto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B00C7F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  <w:tc>
          <w:tcPr>
            <w:tcW w:w="32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DC4578" w14:textId="77777777" w:rsidR="00293422" w:rsidRPr="003459CD" w:rsidRDefault="004F1002">
            <w:pPr>
              <w:spacing w:after="0" w:line="252" w:lineRule="auto"/>
            </w:pPr>
            <w:r w:rsidRPr="003459CD">
              <w:rPr>
                <w:i/>
                <w:color w:val="666666"/>
                <w:sz w:val="16"/>
              </w:rPr>
              <w:t>Da compilare</w:t>
            </w:r>
          </w:p>
        </w:tc>
      </w:tr>
    </w:tbl>
    <w:p w14:paraId="0E219759" w14:textId="77777777" w:rsidR="004F1002" w:rsidRDefault="004F1002" w:rsidP="00675AA4">
      <w:pPr>
        <w:pBdr>
          <w:bottom w:val="single" w:sz="6" w:space="1" w:color="8EA9C1"/>
        </w:pBdr>
        <w:spacing w:before="240" w:after="100"/>
        <w:jc w:val="center"/>
      </w:pPr>
    </w:p>
    <w:sectPr w:rsidR="004F1002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75D12" w14:textId="77777777" w:rsidR="00FF6BDB" w:rsidRPr="003459CD" w:rsidRDefault="00FF6BDB">
      <w:pPr>
        <w:spacing w:after="0" w:line="240" w:lineRule="auto"/>
      </w:pPr>
      <w:r w:rsidRPr="003459CD">
        <w:separator/>
      </w:r>
    </w:p>
  </w:endnote>
  <w:endnote w:type="continuationSeparator" w:id="0">
    <w:p w14:paraId="437C1278" w14:textId="77777777" w:rsidR="00FF6BDB" w:rsidRPr="003459CD" w:rsidRDefault="00FF6BDB">
      <w:pPr>
        <w:spacing w:after="0" w:line="240" w:lineRule="auto"/>
      </w:pPr>
      <w:r w:rsidRPr="003459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B0A44" w14:textId="5F700B26" w:rsidR="00293422" w:rsidRPr="003459CD" w:rsidRDefault="00124ECE">
    <w:pPr>
      <w:pStyle w:val="Pidipagina"/>
      <w:jc w:val="center"/>
      <w:rPr>
        <w:color w:val="646464"/>
        <w:sz w:val="15"/>
      </w:rPr>
    </w:pPr>
    <w:r w:rsidRPr="003459CD">
      <w:rPr>
        <w:color w:val="646464"/>
        <w:sz w:val="15"/>
      </w:rPr>
      <w:t xml:space="preserve">Allegato </w:t>
    </w:r>
    <w:r w:rsidR="00675AA4">
      <w:rPr>
        <w:color w:val="646464"/>
        <w:sz w:val="15"/>
      </w:rPr>
      <w:t>B</w:t>
    </w:r>
    <w:r w:rsidRPr="003459CD">
      <w:rPr>
        <w:color w:val="646464"/>
        <w:sz w:val="15"/>
      </w:rPr>
      <w:t xml:space="preserve"> </w:t>
    </w:r>
    <w:r w:rsidR="004F1002" w:rsidRPr="003459CD">
      <w:rPr>
        <w:color w:val="646464"/>
        <w:sz w:val="15"/>
      </w:rPr>
      <w:t xml:space="preserve">Formulario </w:t>
    </w:r>
    <w:r w:rsidR="00675AA4">
      <w:rPr>
        <w:color w:val="646464"/>
        <w:sz w:val="15"/>
      </w:rPr>
      <w:t>–</w:t>
    </w:r>
    <w:r w:rsidR="004F1002" w:rsidRPr="003459CD">
      <w:rPr>
        <w:color w:val="646464"/>
        <w:sz w:val="15"/>
      </w:rPr>
      <w:t xml:space="preserve"> Avviso</w:t>
    </w:r>
    <w:r w:rsidR="00675AA4">
      <w:rPr>
        <w:color w:val="646464"/>
        <w:sz w:val="15"/>
      </w:rPr>
      <w:t xml:space="preserve"> Ambito N34 </w:t>
    </w:r>
    <w:r w:rsidRPr="003459CD">
      <w:rPr>
        <w:color w:val="646464"/>
        <w:sz w:val="15"/>
      </w:rPr>
      <w:t xml:space="preserve"> </w:t>
    </w:r>
  </w:p>
  <w:p w14:paraId="5CA20EB6" w14:textId="77777777" w:rsidR="00124ECE" w:rsidRPr="003459CD" w:rsidRDefault="00124ECE" w:rsidP="00124E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78A29" w14:textId="77777777" w:rsidR="00FF6BDB" w:rsidRPr="003459CD" w:rsidRDefault="00FF6BDB">
      <w:pPr>
        <w:spacing w:after="0" w:line="240" w:lineRule="auto"/>
      </w:pPr>
      <w:r w:rsidRPr="003459CD">
        <w:separator/>
      </w:r>
    </w:p>
  </w:footnote>
  <w:footnote w:type="continuationSeparator" w:id="0">
    <w:p w14:paraId="12607CF0" w14:textId="77777777" w:rsidR="00FF6BDB" w:rsidRPr="003459CD" w:rsidRDefault="00FF6BDB">
      <w:pPr>
        <w:spacing w:after="0" w:line="240" w:lineRule="auto"/>
      </w:pPr>
      <w:r w:rsidRPr="003459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E3811" w14:textId="12292FC7" w:rsidR="005269EA" w:rsidRPr="003459CD" w:rsidRDefault="005269EA" w:rsidP="005269EA">
    <w:pPr>
      <w:pStyle w:val="Intestazione"/>
      <w:jc w:val="center"/>
      <w:rPr>
        <w:color w:val="1D4B77"/>
        <w:sz w:val="16"/>
      </w:rPr>
    </w:pPr>
  </w:p>
  <w:p w14:paraId="6D0C0CAD" w14:textId="292BD8CE" w:rsidR="00293422" w:rsidRPr="003459CD" w:rsidRDefault="00293422">
    <w:pPr>
      <w:pStyle w:val="Intestazione"/>
      <w:jc w:val="center"/>
      <w:rPr>
        <w:color w:val="1D4B77"/>
        <w:sz w:val="16"/>
      </w:rPr>
    </w:pPr>
  </w:p>
  <w:p w14:paraId="72DEAD3A" w14:textId="77777777" w:rsidR="005269EA" w:rsidRPr="003459CD" w:rsidRDefault="005269EA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6017335">
    <w:abstractNumId w:val="8"/>
  </w:num>
  <w:num w:numId="2" w16cid:durableId="1321347507">
    <w:abstractNumId w:val="6"/>
  </w:num>
  <w:num w:numId="3" w16cid:durableId="1844472891">
    <w:abstractNumId w:val="5"/>
  </w:num>
  <w:num w:numId="4" w16cid:durableId="686252633">
    <w:abstractNumId w:val="4"/>
  </w:num>
  <w:num w:numId="5" w16cid:durableId="196433264">
    <w:abstractNumId w:val="7"/>
  </w:num>
  <w:num w:numId="6" w16cid:durableId="1649432894">
    <w:abstractNumId w:val="3"/>
  </w:num>
  <w:num w:numId="7" w16cid:durableId="183907743">
    <w:abstractNumId w:val="2"/>
  </w:num>
  <w:num w:numId="8" w16cid:durableId="2057460271">
    <w:abstractNumId w:val="1"/>
  </w:num>
  <w:num w:numId="9" w16cid:durableId="598759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477"/>
    <w:rsid w:val="00056927"/>
    <w:rsid w:val="0006063C"/>
    <w:rsid w:val="000A6503"/>
    <w:rsid w:val="000B1B53"/>
    <w:rsid w:val="000D3E28"/>
    <w:rsid w:val="000F2AAD"/>
    <w:rsid w:val="000F3AA5"/>
    <w:rsid w:val="00106A4A"/>
    <w:rsid w:val="00106E08"/>
    <w:rsid w:val="00124ECE"/>
    <w:rsid w:val="00136632"/>
    <w:rsid w:val="00136C15"/>
    <w:rsid w:val="0015074B"/>
    <w:rsid w:val="001545E0"/>
    <w:rsid w:val="00195B00"/>
    <w:rsid w:val="00226CCF"/>
    <w:rsid w:val="0027224A"/>
    <w:rsid w:val="00293422"/>
    <w:rsid w:val="0029639D"/>
    <w:rsid w:val="002E0B66"/>
    <w:rsid w:val="002F57F7"/>
    <w:rsid w:val="00326EC6"/>
    <w:rsid w:val="00326F90"/>
    <w:rsid w:val="003459CD"/>
    <w:rsid w:val="00352B11"/>
    <w:rsid w:val="003705CA"/>
    <w:rsid w:val="003C3777"/>
    <w:rsid w:val="00425735"/>
    <w:rsid w:val="00451D69"/>
    <w:rsid w:val="00464952"/>
    <w:rsid w:val="004654AC"/>
    <w:rsid w:val="00492E19"/>
    <w:rsid w:val="004D5A50"/>
    <w:rsid w:val="004F1002"/>
    <w:rsid w:val="00512122"/>
    <w:rsid w:val="005269EA"/>
    <w:rsid w:val="005A0B9D"/>
    <w:rsid w:val="005E2432"/>
    <w:rsid w:val="00603D6E"/>
    <w:rsid w:val="00611521"/>
    <w:rsid w:val="00675AA4"/>
    <w:rsid w:val="006D70E3"/>
    <w:rsid w:val="006E25EB"/>
    <w:rsid w:val="00721DE9"/>
    <w:rsid w:val="00733802"/>
    <w:rsid w:val="00733B62"/>
    <w:rsid w:val="00742467"/>
    <w:rsid w:val="00743BDC"/>
    <w:rsid w:val="00743E56"/>
    <w:rsid w:val="00771202"/>
    <w:rsid w:val="007D11EF"/>
    <w:rsid w:val="0084005D"/>
    <w:rsid w:val="00853F3B"/>
    <w:rsid w:val="00855E33"/>
    <w:rsid w:val="00863EE4"/>
    <w:rsid w:val="008E0336"/>
    <w:rsid w:val="0093583E"/>
    <w:rsid w:val="0093789A"/>
    <w:rsid w:val="00994CAE"/>
    <w:rsid w:val="009E66FE"/>
    <w:rsid w:val="00A42DD4"/>
    <w:rsid w:val="00A568D0"/>
    <w:rsid w:val="00A646B1"/>
    <w:rsid w:val="00A90A65"/>
    <w:rsid w:val="00AA1D8D"/>
    <w:rsid w:val="00AA4962"/>
    <w:rsid w:val="00AF2FF5"/>
    <w:rsid w:val="00B17A1D"/>
    <w:rsid w:val="00B404EA"/>
    <w:rsid w:val="00B41B80"/>
    <w:rsid w:val="00B47730"/>
    <w:rsid w:val="00BA26C5"/>
    <w:rsid w:val="00BA2EC0"/>
    <w:rsid w:val="00BA470A"/>
    <w:rsid w:val="00BA566F"/>
    <w:rsid w:val="00BE385C"/>
    <w:rsid w:val="00BE5AF4"/>
    <w:rsid w:val="00C02FA6"/>
    <w:rsid w:val="00C507AC"/>
    <w:rsid w:val="00C525C8"/>
    <w:rsid w:val="00CB0664"/>
    <w:rsid w:val="00D37460"/>
    <w:rsid w:val="00D61018"/>
    <w:rsid w:val="00D82307"/>
    <w:rsid w:val="00E111F1"/>
    <w:rsid w:val="00E33669"/>
    <w:rsid w:val="00EA5ACC"/>
    <w:rsid w:val="00F44B0D"/>
    <w:rsid w:val="00FC693F"/>
    <w:rsid w:val="00FC6C0B"/>
    <w:rsid w:val="00FF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C1FAE06A-EEB5-4DF2-9E25-57B9D140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Alfano</dc:creator>
  <cp:keywords/>
  <dc:description>generated by python-docx</dc:description>
  <cp:lastModifiedBy>Francesco Saverio Lucido</cp:lastModifiedBy>
  <cp:revision>2</cp:revision>
  <dcterms:created xsi:type="dcterms:W3CDTF">2026-09-16T09:12:00Z</dcterms:created>
  <dcterms:modified xsi:type="dcterms:W3CDTF">2026-09-16T09:12:00Z</dcterms:modified>
  <cp:category/>
</cp:coreProperties>
</file>